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7E6F" w14:textId="3E584095" w:rsidR="00D7225D" w:rsidRPr="00961963" w:rsidRDefault="00000000">
      <w:pPr>
        <w:jc w:val="center"/>
        <w:rPr>
          <w:i/>
          <w:iCs/>
          <w:sz w:val="28"/>
          <w:szCs w:val="28"/>
          <w:lang w:val="vi-VN"/>
        </w:rPr>
      </w:pPr>
      <w:r w:rsidRPr="006A382B">
        <w:rPr>
          <w:b/>
          <w:sz w:val="28"/>
          <w:szCs w:val="28"/>
        </w:rPr>
        <w:t>PHỤ LỤC II</w:t>
      </w:r>
      <w:r w:rsidRPr="006A382B">
        <w:rPr>
          <w:b/>
          <w:sz w:val="28"/>
          <w:szCs w:val="28"/>
        </w:rPr>
        <w:br/>
        <w:t>Lộ trình triển khai đầu tư trang thiết bị và hạ tầng mạng tại các thôn giai đoạn 2026 – 2030</w:t>
      </w:r>
      <w:r w:rsidRPr="006A382B">
        <w:rPr>
          <w:b/>
          <w:sz w:val="28"/>
          <w:szCs w:val="28"/>
        </w:rPr>
        <w:br/>
      </w:r>
      <w:r w:rsidRPr="00961963">
        <w:rPr>
          <w:i/>
          <w:iCs/>
          <w:sz w:val="28"/>
          <w:szCs w:val="28"/>
        </w:rPr>
        <w:t>(Ban hành kèm theo Kế hoạch số …/KH-UBND ngày …/…/2026 của UBND xã Đăk Hà)</w:t>
      </w:r>
    </w:p>
    <w:p w14:paraId="6E26080A" w14:textId="5BF4ED97" w:rsidR="005C330B" w:rsidRPr="006A382B" w:rsidRDefault="005C330B" w:rsidP="005C330B">
      <w:pPr>
        <w:rPr>
          <w:sz w:val="28"/>
          <w:szCs w:val="28"/>
          <w:lang w:val="vi-VN"/>
        </w:rPr>
      </w:pPr>
      <w:r w:rsidRPr="00DB1475">
        <w:rPr>
          <w:b/>
          <w:bCs/>
          <w:sz w:val="28"/>
          <w:szCs w:val="28"/>
        </w:rPr>
        <w:t xml:space="preserve">1. Bảng lộ trình triển khai theo giai </w:t>
      </w:r>
      <w:r w:rsidRPr="006A382B">
        <w:rPr>
          <w:b/>
          <w:bCs/>
          <w:sz w:val="28"/>
          <w:szCs w:val="28"/>
        </w:rPr>
        <w:t>đoạn</w:t>
      </w:r>
    </w:p>
    <w:tbl>
      <w:tblPr>
        <w:tblW w:w="14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"/>
        <w:gridCol w:w="1794"/>
        <w:gridCol w:w="3438"/>
        <w:gridCol w:w="1943"/>
        <w:gridCol w:w="2990"/>
        <w:gridCol w:w="3484"/>
      </w:tblGrid>
      <w:tr w:rsidR="00D7225D" w:rsidRPr="006A382B" w14:paraId="33329D76" w14:textId="77777777" w:rsidTr="0095765B">
        <w:trPr>
          <w:trHeight w:val="838"/>
        </w:trPr>
        <w:tc>
          <w:tcPr>
            <w:tcW w:w="1011" w:type="dxa"/>
          </w:tcPr>
          <w:p w14:paraId="54ECDADD" w14:textId="77777777" w:rsidR="00D7225D" w:rsidRPr="006A382B" w:rsidRDefault="00000000" w:rsidP="006A382B">
            <w:pPr>
              <w:jc w:val="center"/>
              <w:rPr>
                <w:b/>
                <w:bCs/>
                <w:sz w:val="28"/>
                <w:szCs w:val="28"/>
              </w:rPr>
            </w:pPr>
            <w:r w:rsidRPr="006A382B">
              <w:rPr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1794" w:type="dxa"/>
          </w:tcPr>
          <w:p w14:paraId="1D954420" w14:textId="77777777" w:rsidR="00D7225D" w:rsidRPr="006A382B" w:rsidRDefault="00000000" w:rsidP="006A382B">
            <w:pPr>
              <w:jc w:val="center"/>
              <w:rPr>
                <w:b/>
                <w:bCs/>
                <w:sz w:val="28"/>
                <w:szCs w:val="28"/>
              </w:rPr>
            </w:pPr>
            <w:r w:rsidRPr="006A382B">
              <w:rPr>
                <w:b/>
                <w:bCs/>
                <w:sz w:val="28"/>
                <w:szCs w:val="28"/>
              </w:rPr>
              <w:t>Giai đoạn</w:t>
            </w:r>
          </w:p>
        </w:tc>
        <w:tc>
          <w:tcPr>
            <w:tcW w:w="3438" w:type="dxa"/>
          </w:tcPr>
          <w:p w14:paraId="0263526D" w14:textId="77777777" w:rsidR="00D7225D" w:rsidRPr="006A382B" w:rsidRDefault="00000000" w:rsidP="006A382B">
            <w:pPr>
              <w:jc w:val="center"/>
              <w:rPr>
                <w:b/>
                <w:bCs/>
                <w:sz w:val="28"/>
                <w:szCs w:val="28"/>
              </w:rPr>
            </w:pPr>
            <w:r w:rsidRPr="006A382B">
              <w:rPr>
                <w:b/>
                <w:bCs/>
                <w:sz w:val="28"/>
                <w:szCs w:val="28"/>
              </w:rPr>
              <w:t>Nội dung trọng tâm</w:t>
            </w:r>
          </w:p>
        </w:tc>
        <w:tc>
          <w:tcPr>
            <w:tcW w:w="1943" w:type="dxa"/>
          </w:tcPr>
          <w:p w14:paraId="375DC80F" w14:textId="77777777" w:rsidR="00D7225D" w:rsidRPr="006A382B" w:rsidRDefault="00000000" w:rsidP="006A382B">
            <w:pPr>
              <w:jc w:val="center"/>
              <w:rPr>
                <w:b/>
                <w:bCs/>
                <w:sz w:val="28"/>
                <w:szCs w:val="28"/>
              </w:rPr>
            </w:pPr>
            <w:r w:rsidRPr="006A382B">
              <w:rPr>
                <w:b/>
                <w:bCs/>
                <w:sz w:val="28"/>
                <w:szCs w:val="28"/>
              </w:rPr>
              <w:t>Số thôn</w:t>
            </w:r>
          </w:p>
        </w:tc>
        <w:tc>
          <w:tcPr>
            <w:tcW w:w="2990" w:type="dxa"/>
          </w:tcPr>
          <w:p w14:paraId="23D0C497" w14:textId="77777777" w:rsidR="00D7225D" w:rsidRPr="006A382B" w:rsidRDefault="00000000" w:rsidP="006A382B">
            <w:pPr>
              <w:jc w:val="center"/>
              <w:rPr>
                <w:b/>
                <w:bCs/>
                <w:sz w:val="28"/>
                <w:szCs w:val="28"/>
              </w:rPr>
            </w:pPr>
            <w:r w:rsidRPr="006A382B">
              <w:rPr>
                <w:b/>
                <w:bCs/>
                <w:sz w:val="28"/>
                <w:szCs w:val="28"/>
              </w:rPr>
              <w:t>Nhóm ưu tiên</w:t>
            </w:r>
          </w:p>
        </w:tc>
        <w:tc>
          <w:tcPr>
            <w:tcW w:w="3484" w:type="dxa"/>
          </w:tcPr>
          <w:p w14:paraId="1B1296DF" w14:textId="77777777" w:rsidR="00D7225D" w:rsidRPr="006A382B" w:rsidRDefault="00000000" w:rsidP="006A382B">
            <w:pPr>
              <w:jc w:val="center"/>
              <w:rPr>
                <w:b/>
                <w:bCs/>
                <w:sz w:val="28"/>
                <w:szCs w:val="28"/>
              </w:rPr>
            </w:pPr>
            <w:r w:rsidRPr="006A382B">
              <w:rPr>
                <w:b/>
                <w:bCs/>
                <w:sz w:val="28"/>
                <w:szCs w:val="28"/>
              </w:rPr>
              <w:t>Kết quả cần đạt</w:t>
            </w:r>
          </w:p>
        </w:tc>
      </w:tr>
      <w:tr w:rsidR="00D7225D" w:rsidRPr="006A382B" w14:paraId="3EAD5EA9" w14:textId="77777777" w:rsidTr="0095765B">
        <w:trPr>
          <w:trHeight w:val="795"/>
        </w:trPr>
        <w:tc>
          <w:tcPr>
            <w:tcW w:w="1011" w:type="dxa"/>
          </w:tcPr>
          <w:p w14:paraId="37CF9767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1</w:t>
            </w:r>
          </w:p>
        </w:tc>
        <w:tc>
          <w:tcPr>
            <w:tcW w:w="1794" w:type="dxa"/>
          </w:tcPr>
          <w:p w14:paraId="31F01499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2026</w:t>
            </w:r>
          </w:p>
        </w:tc>
        <w:tc>
          <w:tcPr>
            <w:tcW w:w="3438" w:type="dxa"/>
          </w:tcPr>
          <w:p w14:paraId="625304AD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Rà soát, triển khai điểm</w:t>
            </w:r>
          </w:p>
        </w:tc>
        <w:tc>
          <w:tcPr>
            <w:tcW w:w="1943" w:type="dxa"/>
          </w:tcPr>
          <w:p w14:paraId="25E74B8C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11</w:t>
            </w:r>
          </w:p>
        </w:tc>
        <w:tc>
          <w:tcPr>
            <w:tcW w:w="2990" w:type="dxa"/>
          </w:tcPr>
          <w:p w14:paraId="1A1C7DF2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  <w:lang w:val="vi-VN"/>
              </w:rPr>
            </w:pPr>
            <w:r w:rsidRPr="006A382B">
              <w:rPr>
                <w:sz w:val="28"/>
                <w:szCs w:val="28"/>
              </w:rPr>
              <w:t>Ưu tiên cao</w:t>
            </w:r>
          </w:p>
          <w:p w14:paraId="354A0683" w14:textId="52185EAA" w:rsidR="005C330B" w:rsidRPr="006A382B" w:rsidRDefault="005C330B" w:rsidP="006A382B">
            <w:pPr>
              <w:spacing w:after="0" w:line="240" w:lineRule="auto"/>
              <w:jc w:val="center"/>
              <w:rPr>
                <w:sz w:val="28"/>
                <w:szCs w:val="28"/>
                <w:lang w:val="vi-VN"/>
              </w:rPr>
            </w:pPr>
            <w:r w:rsidRPr="00DB1475">
              <w:rPr>
                <w:sz w:val="28"/>
                <w:szCs w:val="28"/>
              </w:rPr>
              <w:t>(TDP cũ)</w:t>
            </w:r>
          </w:p>
        </w:tc>
        <w:tc>
          <w:tcPr>
            <w:tcW w:w="3484" w:type="dxa"/>
          </w:tcPr>
          <w:p w14:paraId="73E8A275" w14:textId="632FF15B" w:rsidR="00D7225D" w:rsidRPr="006A382B" w:rsidRDefault="005C330B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B1475">
              <w:rPr>
                <w:sz w:val="28"/>
                <w:szCs w:val="28"/>
              </w:rPr>
              <w:t>Hình thành mô hình điểm, có thể nhân rộng</w:t>
            </w:r>
          </w:p>
        </w:tc>
      </w:tr>
      <w:tr w:rsidR="00D7225D" w:rsidRPr="006A382B" w14:paraId="0031B7C4" w14:textId="77777777" w:rsidTr="0095765B">
        <w:trPr>
          <w:trHeight w:val="694"/>
        </w:trPr>
        <w:tc>
          <w:tcPr>
            <w:tcW w:w="1011" w:type="dxa"/>
          </w:tcPr>
          <w:p w14:paraId="1C15527D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2</w:t>
            </w:r>
          </w:p>
        </w:tc>
        <w:tc>
          <w:tcPr>
            <w:tcW w:w="1794" w:type="dxa"/>
          </w:tcPr>
          <w:p w14:paraId="790A37C2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2027</w:t>
            </w:r>
          </w:p>
        </w:tc>
        <w:tc>
          <w:tcPr>
            <w:tcW w:w="3438" w:type="dxa"/>
          </w:tcPr>
          <w:p w14:paraId="180A1014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Mở rộng triển khai</w:t>
            </w:r>
          </w:p>
        </w:tc>
        <w:tc>
          <w:tcPr>
            <w:tcW w:w="1943" w:type="dxa"/>
          </w:tcPr>
          <w:p w14:paraId="551799D1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8</w:t>
            </w:r>
          </w:p>
        </w:tc>
        <w:tc>
          <w:tcPr>
            <w:tcW w:w="2990" w:type="dxa"/>
          </w:tcPr>
          <w:p w14:paraId="0574DCDE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Trung bình</w:t>
            </w:r>
          </w:p>
        </w:tc>
        <w:tc>
          <w:tcPr>
            <w:tcW w:w="3484" w:type="dxa"/>
          </w:tcPr>
          <w:p w14:paraId="6F49E060" w14:textId="11985341" w:rsidR="00D7225D" w:rsidRPr="006A382B" w:rsidRDefault="005C330B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B1475">
              <w:rPr>
                <w:sz w:val="28"/>
                <w:szCs w:val="28"/>
              </w:rPr>
              <w:t>Mở rộng mạng lưới, tăng tiếp cận dịch vụ công</w:t>
            </w:r>
          </w:p>
        </w:tc>
      </w:tr>
      <w:tr w:rsidR="00D7225D" w:rsidRPr="006A382B" w14:paraId="770C299A" w14:textId="77777777" w:rsidTr="0095765B">
        <w:trPr>
          <w:trHeight w:val="704"/>
        </w:trPr>
        <w:tc>
          <w:tcPr>
            <w:tcW w:w="1011" w:type="dxa"/>
          </w:tcPr>
          <w:p w14:paraId="0E639B78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3</w:t>
            </w:r>
          </w:p>
        </w:tc>
        <w:tc>
          <w:tcPr>
            <w:tcW w:w="1794" w:type="dxa"/>
          </w:tcPr>
          <w:p w14:paraId="1E500617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2028</w:t>
            </w:r>
          </w:p>
        </w:tc>
        <w:tc>
          <w:tcPr>
            <w:tcW w:w="3438" w:type="dxa"/>
          </w:tcPr>
          <w:p w14:paraId="7F066ABD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Hoàn thành triển khai</w:t>
            </w:r>
          </w:p>
        </w:tc>
        <w:tc>
          <w:tcPr>
            <w:tcW w:w="1943" w:type="dxa"/>
          </w:tcPr>
          <w:p w14:paraId="3439C487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10</w:t>
            </w:r>
          </w:p>
        </w:tc>
        <w:tc>
          <w:tcPr>
            <w:tcW w:w="2990" w:type="dxa"/>
          </w:tcPr>
          <w:p w14:paraId="2735503A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Ưu tiên sau</w:t>
            </w:r>
          </w:p>
        </w:tc>
        <w:tc>
          <w:tcPr>
            <w:tcW w:w="3484" w:type="dxa"/>
          </w:tcPr>
          <w:p w14:paraId="43538B19" w14:textId="199C5BA4" w:rsidR="00D7225D" w:rsidRPr="006A382B" w:rsidRDefault="005C330B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B1475">
              <w:rPr>
                <w:sz w:val="28"/>
                <w:szCs w:val="28"/>
              </w:rPr>
              <w:t>Phủ 100% thôn có điểm hỗ trợ</w:t>
            </w:r>
          </w:p>
        </w:tc>
      </w:tr>
      <w:tr w:rsidR="00D7225D" w:rsidRPr="006A382B" w14:paraId="4CD65152" w14:textId="77777777" w:rsidTr="0095765B">
        <w:trPr>
          <w:trHeight w:val="544"/>
        </w:trPr>
        <w:tc>
          <w:tcPr>
            <w:tcW w:w="1011" w:type="dxa"/>
          </w:tcPr>
          <w:p w14:paraId="28A4EBE3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4</w:t>
            </w:r>
          </w:p>
        </w:tc>
        <w:tc>
          <w:tcPr>
            <w:tcW w:w="1794" w:type="dxa"/>
          </w:tcPr>
          <w:p w14:paraId="59FA2F84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2029-2030</w:t>
            </w:r>
          </w:p>
        </w:tc>
        <w:tc>
          <w:tcPr>
            <w:tcW w:w="3438" w:type="dxa"/>
          </w:tcPr>
          <w:p w14:paraId="6DFDC2CD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Nâng cấp hoàn thiện</w:t>
            </w:r>
          </w:p>
        </w:tc>
        <w:tc>
          <w:tcPr>
            <w:tcW w:w="1943" w:type="dxa"/>
          </w:tcPr>
          <w:p w14:paraId="3B27293C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29</w:t>
            </w:r>
          </w:p>
        </w:tc>
        <w:tc>
          <w:tcPr>
            <w:tcW w:w="2990" w:type="dxa"/>
          </w:tcPr>
          <w:p w14:paraId="6865B8E3" w14:textId="77777777" w:rsidR="00D7225D" w:rsidRPr="006A382B" w:rsidRDefault="00000000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A382B">
              <w:rPr>
                <w:sz w:val="28"/>
                <w:szCs w:val="28"/>
              </w:rPr>
              <w:t>Toàn bộ</w:t>
            </w:r>
          </w:p>
        </w:tc>
        <w:tc>
          <w:tcPr>
            <w:tcW w:w="3484" w:type="dxa"/>
          </w:tcPr>
          <w:p w14:paraId="2172D15B" w14:textId="0EB38562" w:rsidR="00D7225D" w:rsidRPr="006A382B" w:rsidRDefault="005C330B" w:rsidP="006A382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B1475">
              <w:rPr>
                <w:sz w:val="28"/>
                <w:szCs w:val="28"/>
              </w:rPr>
              <w:t>Vận hành ổn định, nâng cao tỷ lệ hồ sơ trực tuyến</w:t>
            </w:r>
          </w:p>
        </w:tc>
      </w:tr>
    </w:tbl>
    <w:p w14:paraId="49E748F8" w14:textId="77777777" w:rsidR="006A382B" w:rsidRDefault="006A382B" w:rsidP="006A382B">
      <w:pPr>
        <w:spacing w:after="120" w:line="240" w:lineRule="auto"/>
        <w:rPr>
          <w:rFonts w:cs="Times New Roman"/>
          <w:b/>
          <w:bCs/>
          <w:sz w:val="28"/>
          <w:szCs w:val="28"/>
          <w:lang w:val="vi-VN"/>
        </w:rPr>
      </w:pPr>
    </w:p>
    <w:p w14:paraId="54FA98A5" w14:textId="6431145E" w:rsidR="00D7225D" w:rsidRPr="006A382B" w:rsidRDefault="005C330B" w:rsidP="006A382B">
      <w:pPr>
        <w:spacing w:after="0" w:line="240" w:lineRule="auto"/>
        <w:rPr>
          <w:rFonts w:cs="Times New Roman"/>
          <w:b/>
          <w:bCs/>
          <w:sz w:val="28"/>
          <w:szCs w:val="28"/>
          <w:lang w:val="vi-VN"/>
        </w:rPr>
      </w:pPr>
      <w:r w:rsidRPr="006A382B">
        <w:rPr>
          <w:rFonts w:cs="Times New Roman"/>
          <w:b/>
          <w:bCs/>
          <w:sz w:val="28"/>
          <w:szCs w:val="28"/>
        </w:rPr>
        <w:t>2. Bảng chi tiết danh sách thôn theo thứ tự ưu tiên và thời gian triển khai</w:t>
      </w:r>
    </w:p>
    <w:p w14:paraId="284A76F2" w14:textId="5D8585C7" w:rsidR="005C330B" w:rsidRPr="006A382B" w:rsidRDefault="005C330B" w:rsidP="006A382B">
      <w:pPr>
        <w:spacing w:after="0" w:line="240" w:lineRule="auto"/>
        <w:rPr>
          <w:rFonts w:cs="Times New Roman"/>
          <w:b/>
          <w:bCs/>
          <w:sz w:val="28"/>
          <w:szCs w:val="28"/>
          <w:lang w:val="vi-VN"/>
        </w:rPr>
      </w:pPr>
      <w:r w:rsidRPr="006A382B">
        <w:rPr>
          <w:rFonts w:cs="Times New Roman"/>
          <w:b/>
          <w:bCs/>
          <w:sz w:val="28"/>
          <w:szCs w:val="28"/>
        </w:rPr>
        <w:t>a) Nhóm 1 – Ưu tiên cao (triển khai năm 2026)</w:t>
      </w:r>
    </w:p>
    <w:tbl>
      <w:tblPr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15"/>
        <w:gridCol w:w="2126"/>
        <w:gridCol w:w="2835"/>
      </w:tblGrid>
      <w:tr w:rsidR="005C330B" w:rsidRPr="006A382B" w14:paraId="12EF2DA0" w14:textId="66224098" w:rsidTr="0095765B">
        <w:trPr>
          <w:trHeight w:val="525"/>
        </w:trPr>
        <w:tc>
          <w:tcPr>
            <w:tcW w:w="959" w:type="dxa"/>
          </w:tcPr>
          <w:p w14:paraId="2CBED453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A382B">
              <w:rPr>
                <w:rFonts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5415" w:type="dxa"/>
          </w:tcPr>
          <w:p w14:paraId="2FE43A96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A382B">
              <w:rPr>
                <w:rFonts w:cs="Times New Roman"/>
                <w:b/>
                <w:bCs/>
                <w:sz w:val="28"/>
                <w:szCs w:val="28"/>
              </w:rPr>
              <w:t>Tên thôn</w:t>
            </w:r>
          </w:p>
        </w:tc>
        <w:tc>
          <w:tcPr>
            <w:tcW w:w="2126" w:type="dxa"/>
          </w:tcPr>
          <w:p w14:paraId="61A85C70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A382B">
              <w:rPr>
                <w:rFonts w:cs="Times New Roman"/>
                <w:b/>
                <w:bCs/>
                <w:sz w:val="28"/>
                <w:szCs w:val="28"/>
              </w:rPr>
              <w:t>Giai đoạn</w:t>
            </w:r>
          </w:p>
        </w:tc>
        <w:tc>
          <w:tcPr>
            <w:tcW w:w="2835" w:type="dxa"/>
          </w:tcPr>
          <w:p w14:paraId="4B150759" w14:textId="46F225CF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  <w:r w:rsidRPr="006A382B">
              <w:rPr>
                <w:rFonts w:cs="Times New Roman"/>
                <w:b/>
                <w:bCs/>
                <w:sz w:val="28"/>
                <w:szCs w:val="28"/>
              </w:rPr>
              <w:t>Ghi</w:t>
            </w:r>
            <w:r w:rsidRPr="006A382B">
              <w:rPr>
                <w:rFonts w:cs="Times New Roman"/>
                <w:b/>
                <w:bCs/>
                <w:sz w:val="28"/>
                <w:szCs w:val="28"/>
                <w:lang w:val="vi-VN"/>
              </w:rPr>
              <w:t xml:space="preserve"> chú</w:t>
            </w:r>
          </w:p>
        </w:tc>
      </w:tr>
      <w:tr w:rsidR="005C330B" w:rsidRPr="006A382B" w14:paraId="3F749E1F" w14:textId="00C7AC0A" w:rsidTr="0095765B">
        <w:trPr>
          <w:trHeight w:val="339"/>
        </w:trPr>
        <w:tc>
          <w:tcPr>
            <w:tcW w:w="959" w:type="dxa"/>
          </w:tcPr>
          <w:p w14:paraId="7CB60D0B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415" w:type="dxa"/>
            <w:vAlign w:val="center"/>
          </w:tcPr>
          <w:p w14:paraId="6F1F487E" w14:textId="4E5AA4A5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Đăk Hà 1</w:t>
            </w:r>
          </w:p>
        </w:tc>
        <w:tc>
          <w:tcPr>
            <w:tcW w:w="2126" w:type="dxa"/>
          </w:tcPr>
          <w:p w14:paraId="1E2D0063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2835" w:type="dxa"/>
            <w:vAlign w:val="center"/>
          </w:tcPr>
          <w:p w14:paraId="071FB2C9" w14:textId="14E9314B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DB1475">
              <w:rPr>
                <w:rFonts w:cs="Times New Roman"/>
                <w:sz w:val="28"/>
                <w:szCs w:val="28"/>
              </w:rPr>
              <w:t>TDP cũ</w:t>
            </w:r>
          </w:p>
        </w:tc>
      </w:tr>
      <w:tr w:rsidR="005C330B" w:rsidRPr="006A382B" w14:paraId="75D00CAA" w14:textId="661A7082" w:rsidTr="0095765B">
        <w:trPr>
          <w:trHeight w:val="525"/>
        </w:trPr>
        <w:tc>
          <w:tcPr>
            <w:tcW w:w="959" w:type="dxa"/>
          </w:tcPr>
          <w:p w14:paraId="77E2E207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415" w:type="dxa"/>
            <w:vAlign w:val="center"/>
          </w:tcPr>
          <w:p w14:paraId="56060D6B" w14:textId="5646E7D2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Đăk Hà 2A</w:t>
            </w:r>
          </w:p>
        </w:tc>
        <w:tc>
          <w:tcPr>
            <w:tcW w:w="2126" w:type="dxa"/>
          </w:tcPr>
          <w:p w14:paraId="413DAAD9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2835" w:type="dxa"/>
            <w:vAlign w:val="center"/>
          </w:tcPr>
          <w:p w14:paraId="1F5B0601" w14:textId="5114CEA8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TDP cũ</w:t>
            </w:r>
          </w:p>
        </w:tc>
      </w:tr>
      <w:tr w:rsidR="005C330B" w:rsidRPr="006A382B" w14:paraId="1C69F97E" w14:textId="02021D33" w:rsidTr="0095765B">
        <w:trPr>
          <w:trHeight w:val="525"/>
        </w:trPr>
        <w:tc>
          <w:tcPr>
            <w:tcW w:w="959" w:type="dxa"/>
          </w:tcPr>
          <w:p w14:paraId="4982BAB0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415" w:type="dxa"/>
            <w:vAlign w:val="center"/>
          </w:tcPr>
          <w:p w14:paraId="3740BF30" w14:textId="7F907582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Đăk Hà 2B</w:t>
            </w:r>
          </w:p>
        </w:tc>
        <w:tc>
          <w:tcPr>
            <w:tcW w:w="2126" w:type="dxa"/>
          </w:tcPr>
          <w:p w14:paraId="49F378B1" w14:textId="237FE802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2835" w:type="dxa"/>
            <w:vAlign w:val="center"/>
          </w:tcPr>
          <w:p w14:paraId="2626CFEC" w14:textId="2648E505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TDP cũ</w:t>
            </w:r>
          </w:p>
        </w:tc>
      </w:tr>
      <w:tr w:rsidR="005C330B" w:rsidRPr="006A382B" w14:paraId="637D84E1" w14:textId="3A035286" w:rsidTr="0095765B">
        <w:trPr>
          <w:trHeight w:val="525"/>
        </w:trPr>
        <w:tc>
          <w:tcPr>
            <w:tcW w:w="959" w:type="dxa"/>
          </w:tcPr>
          <w:p w14:paraId="28950C6D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415" w:type="dxa"/>
            <w:vAlign w:val="center"/>
          </w:tcPr>
          <w:p w14:paraId="790A672B" w14:textId="609A297C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Đăk Hà 3</w:t>
            </w:r>
          </w:p>
        </w:tc>
        <w:tc>
          <w:tcPr>
            <w:tcW w:w="2126" w:type="dxa"/>
          </w:tcPr>
          <w:p w14:paraId="1F24D7F5" w14:textId="4448F021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2835" w:type="dxa"/>
            <w:vAlign w:val="center"/>
          </w:tcPr>
          <w:p w14:paraId="2C81BB98" w14:textId="5586C2A3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TDP cũ</w:t>
            </w:r>
          </w:p>
        </w:tc>
      </w:tr>
      <w:tr w:rsidR="005C330B" w:rsidRPr="006A382B" w14:paraId="1A5C0A2B" w14:textId="080672B1" w:rsidTr="0095765B">
        <w:trPr>
          <w:trHeight w:val="525"/>
        </w:trPr>
        <w:tc>
          <w:tcPr>
            <w:tcW w:w="959" w:type="dxa"/>
          </w:tcPr>
          <w:p w14:paraId="615F9263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415" w:type="dxa"/>
            <w:vAlign w:val="center"/>
          </w:tcPr>
          <w:p w14:paraId="2A7FDA53" w14:textId="61D24AE6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Đăk Hà 4A</w:t>
            </w:r>
          </w:p>
        </w:tc>
        <w:tc>
          <w:tcPr>
            <w:tcW w:w="2126" w:type="dxa"/>
          </w:tcPr>
          <w:p w14:paraId="05E76D62" w14:textId="28898EFF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2835" w:type="dxa"/>
            <w:vAlign w:val="center"/>
          </w:tcPr>
          <w:p w14:paraId="7A6A93D0" w14:textId="2DE5CE8B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TDP cũ</w:t>
            </w:r>
          </w:p>
        </w:tc>
      </w:tr>
      <w:tr w:rsidR="005C330B" w:rsidRPr="006A382B" w14:paraId="72775065" w14:textId="65B59682" w:rsidTr="0095765B">
        <w:trPr>
          <w:trHeight w:val="525"/>
        </w:trPr>
        <w:tc>
          <w:tcPr>
            <w:tcW w:w="959" w:type="dxa"/>
          </w:tcPr>
          <w:p w14:paraId="57FEC4A0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415" w:type="dxa"/>
            <w:vAlign w:val="center"/>
          </w:tcPr>
          <w:p w14:paraId="63CA0005" w14:textId="4AE763A0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Đăk Hà 4B</w:t>
            </w:r>
          </w:p>
        </w:tc>
        <w:tc>
          <w:tcPr>
            <w:tcW w:w="2126" w:type="dxa"/>
          </w:tcPr>
          <w:p w14:paraId="576FAE1C" w14:textId="62D73F8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2835" w:type="dxa"/>
            <w:vAlign w:val="center"/>
          </w:tcPr>
          <w:p w14:paraId="025BF47D" w14:textId="6431707A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TDP cũ</w:t>
            </w:r>
          </w:p>
        </w:tc>
      </w:tr>
      <w:tr w:rsidR="005C330B" w:rsidRPr="006A382B" w14:paraId="6E4EC2C6" w14:textId="1CBF0B2C" w:rsidTr="0095765B">
        <w:trPr>
          <w:trHeight w:val="525"/>
        </w:trPr>
        <w:tc>
          <w:tcPr>
            <w:tcW w:w="959" w:type="dxa"/>
          </w:tcPr>
          <w:p w14:paraId="665425EE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415" w:type="dxa"/>
            <w:vAlign w:val="center"/>
          </w:tcPr>
          <w:p w14:paraId="45400363" w14:textId="6DDF2BF6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Đăk Hà 5</w:t>
            </w:r>
          </w:p>
        </w:tc>
        <w:tc>
          <w:tcPr>
            <w:tcW w:w="2126" w:type="dxa"/>
          </w:tcPr>
          <w:p w14:paraId="43CEC455" w14:textId="05DBE0E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2835" w:type="dxa"/>
            <w:vAlign w:val="center"/>
          </w:tcPr>
          <w:p w14:paraId="681C4D75" w14:textId="57B4EB2F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TDP cũ</w:t>
            </w:r>
          </w:p>
        </w:tc>
      </w:tr>
      <w:tr w:rsidR="005C330B" w:rsidRPr="006A382B" w14:paraId="0DFA8E8E" w14:textId="20D4745F" w:rsidTr="0095765B">
        <w:trPr>
          <w:trHeight w:val="525"/>
        </w:trPr>
        <w:tc>
          <w:tcPr>
            <w:tcW w:w="959" w:type="dxa"/>
          </w:tcPr>
          <w:p w14:paraId="0B5BECAE" w14:textId="1F261A86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5415" w:type="dxa"/>
            <w:vAlign w:val="center"/>
          </w:tcPr>
          <w:p w14:paraId="60938E00" w14:textId="25A67F32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Đăk Hà 6</w:t>
            </w:r>
          </w:p>
        </w:tc>
        <w:tc>
          <w:tcPr>
            <w:tcW w:w="2126" w:type="dxa"/>
          </w:tcPr>
          <w:p w14:paraId="17BB7815" w14:textId="5F4FBE21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2835" w:type="dxa"/>
            <w:vAlign w:val="center"/>
          </w:tcPr>
          <w:p w14:paraId="11812573" w14:textId="52AF555F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TDP cũ</w:t>
            </w:r>
          </w:p>
        </w:tc>
      </w:tr>
      <w:tr w:rsidR="005C330B" w:rsidRPr="006A382B" w14:paraId="22098422" w14:textId="22866474" w:rsidTr="0095765B">
        <w:trPr>
          <w:trHeight w:val="525"/>
        </w:trPr>
        <w:tc>
          <w:tcPr>
            <w:tcW w:w="959" w:type="dxa"/>
          </w:tcPr>
          <w:p w14:paraId="37958699" w14:textId="75839C8B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5415" w:type="dxa"/>
            <w:vAlign w:val="center"/>
          </w:tcPr>
          <w:p w14:paraId="7E597485" w14:textId="7F6A5A55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Đăk Hà 7</w:t>
            </w:r>
          </w:p>
        </w:tc>
        <w:tc>
          <w:tcPr>
            <w:tcW w:w="2126" w:type="dxa"/>
          </w:tcPr>
          <w:p w14:paraId="48D80375" w14:textId="6FAF1DDA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2835" w:type="dxa"/>
            <w:vAlign w:val="center"/>
          </w:tcPr>
          <w:p w14:paraId="18C8680C" w14:textId="2B6AFB8C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TDP cũ</w:t>
            </w:r>
          </w:p>
        </w:tc>
      </w:tr>
      <w:tr w:rsidR="005C330B" w:rsidRPr="006A382B" w14:paraId="5E518A7E" w14:textId="5B4C46C9" w:rsidTr="0095765B">
        <w:trPr>
          <w:trHeight w:val="525"/>
        </w:trPr>
        <w:tc>
          <w:tcPr>
            <w:tcW w:w="959" w:type="dxa"/>
          </w:tcPr>
          <w:p w14:paraId="0FC0BAF6" w14:textId="083442E4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5415" w:type="dxa"/>
            <w:vAlign w:val="center"/>
          </w:tcPr>
          <w:p w14:paraId="6FD12709" w14:textId="2E185F6C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Đăk Hà 8</w:t>
            </w:r>
          </w:p>
        </w:tc>
        <w:tc>
          <w:tcPr>
            <w:tcW w:w="2126" w:type="dxa"/>
          </w:tcPr>
          <w:p w14:paraId="45D382E6" w14:textId="2C191741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2835" w:type="dxa"/>
            <w:vAlign w:val="center"/>
          </w:tcPr>
          <w:p w14:paraId="1844703A" w14:textId="42410220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TDP cũ</w:t>
            </w:r>
          </w:p>
        </w:tc>
      </w:tr>
      <w:tr w:rsidR="005C330B" w:rsidRPr="006A382B" w14:paraId="5C5D1992" w14:textId="1492276E" w:rsidTr="0095765B">
        <w:trPr>
          <w:trHeight w:val="525"/>
        </w:trPr>
        <w:tc>
          <w:tcPr>
            <w:tcW w:w="959" w:type="dxa"/>
          </w:tcPr>
          <w:p w14:paraId="61D7C35D" w14:textId="5AC8CB7B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5415" w:type="dxa"/>
            <w:vAlign w:val="center"/>
          </w:tcPr>
          <w:p w14:paraId="2D6EB1B6" w14:textId="7811857A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Đăk Hà 10</w:t>
            </w:r>
          </w:p>
        </w:tc>
        <w:tc>
          <w:tcPr>
            <w:tcW w:w="2126" w:type="dxa"/>
          </w:tcPr>
          <w:p w14:paraId="0AA44E50" w14:textId="166ED73C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2026</w:t>
            </w:r>
          </w:p>
        </w:tc>
        <w:tc>
          <w:tcPr>
            <w:tcW w:w="2835" w:type="dxa"/>
            <w:vAlign w:val="center"/>
          </w:tcPr>
          <w:p w14:paraId="45FF6FF1" w14:textId="52FB5E6A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TDP cũ</w:t>
            </w:r>
          </w:p>
        </w:tc>
      </w:tr>
    </w:tbl>
    <w:p w14:paraId="25032790" w14:textId="77777777" w:rsidR="006A382B" w:rsidRDefault="006A382B" w:rsidP="006A382B">
      <w:pPr>
        <w:spacing w:after="0" w:line="240" w:lineRule="auto"/>
        <w:rPr>
          <w:rFonts w:cs="Times New Roman"/>
          <w:b/>
          <w:bCs/>
          <w:sz w:val="28"/>
          <w:szCs w:val="28"/>
          <w:lang w:val="vi-VN"/>
        </w:rPr>
      </w:pPr>
    </w:p>
    <w:p w14:paraId="08EE7DD7" w14:textId="587BEB6A" w:rsidR="005C330B" w:rsidRPr="006A382B" w:rsidRDefault="005C330B" w:rsidP="006A382B">
      <w:pPr>
        <w:spacing w:after="0" w:line="240" w:lineRule="auto"/>
        <w:rPr>
          <w:rFonts w:cs="Times New Roman"/>
          <w:b/>
          <w:bCs/>
          <w:sz w:val="28"/>
          <w:szCs w:val="28"/>
          <w:lang w:val="vi-VN"/>
        </w:rPr>
      </w:pPr>
      <w:r w:rsidRPr="006A382B">
        <w:rPr>
          <w:rFonts w:cs="Times New Roman"/>
          <w:b/>
          <w:bCs/>
          <w:sz w:val="28"/>
          <w:szCs w:val="28"/>
        </w:rPr>
        <w:t>b) Nhóm 2 – Ưu tiên trung bình (triển khai năm 2027)</w:t>
      </w: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15"/>
        <w:gridCol w:w="2126"/>
        <w:gridCol w:w="2807"/>
      </w:tblGrid>
      <w:tr w:rsidR="005C330B" w:rsidRPr="006A382B" w14:paraId="72EAC3D4" w14:textId="77777777" w:rsidTr="006A382B">
        <w:trPr>
          <w:trHeight w:val="525"/>
        </w:trPr>
        <w:tc>
          <w:tcPr>
            <w:tcW w:w="959" w:type="dxa"/>
          </w:tcPr>
          <w:p w14:paraId="03CED6FA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A382B">
              <w:rPr>
                <w:rFonts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5415" w:type="dxa"/>
          </w:tcPr>
          <w:p w14:paraId="3119DC02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A382B">
              <w:rPr>
                <w:rFonts w:cs="Times New Roman"/>
                <w:b/>
                <w:bCs/>
                <w:sz w:val="28"/>
                <w:szCs w:val="28"/>
              </w:rPr>
              <w:t>Tên thôn</w:t>
            </w:r>
          </w:p>
        </w:tc>
        <w:tc>
          <w:tcPr>
            <w:tcW w:w="2126" w:type="dxa"/>
          </w:tcPr>
          <w:p w14:paraId="481A127E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A382B">
              <w:rPr>
                <w:rFonts w:cs="Times New Roman"/>
                <w:b/>
                <w:bCs/>
                <w:sz w:val="28"/>
                <w:szCs w:val="28"/>
              </w:rPr>
              <w:t>Giai đoạn</w:t>
            </w:r>
          </w:p>
        </w:tc>
        <w:tc>
          <w:tcPr>
            <w:tcW w:w="2807" w:type="dxa"/>
          </w:tcPr>
          <w:p w14:paraId="2B44367B" w14:textId="77777777" w:rsidR="005C330B" w:rsidRPr="006A382B" w:rsidRDefault="005C330B" w:rsidP="006A382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  <w:r w:rsidRPr="006A382B">
              <w:rPr>
                <w:rFonts w:cs="Times New Roman"/>
                <w:b/>
                <w:bCs/>
                <w:sz w:val="28"/>
                <w:szCs w:val="28"/>
              </w:rPr>
              <w:t>Ghi</w:t>
            </w:r>
            <w:r w:rsidRPr="006A382B">
              <w:rPr>
                <w:rFonts w:cs="Times New Roman"/>
                <w:b/>
                <w:bCs/>
                <w:sz w:val="28"/>
                <w:szCs w:val="28"/>
                <w:lang w:val="vi-VN"/>
              </w:rPr>
              <w:t xml:space="preserve"> chú</w:t>
            </w:r>
          </w:p>
        </w:tc>
      </w:tr>
      <w:tr w:rsidR="009D6E1E" w:rsidRPr="006A382B" w14:paraId="098B1595" w14:textId="77777777" w:rsidTr="006A382B">
        <w:trPr>
          <w:trHeight w:val="525"/>
        </w:trPr>
        <w:tc>
          <w:tcPr>
            <w:tcW w:w="959" w:type="dxa"/>
          </w:tcPr>
          <w:p w14:paraId="3367903B" w14:textId="77777777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415" w:type="dxa"/>
            <w:vAlign w:val="center"/>
          </w:tcPr>
          <w:p w14:paraId="2714F6C9" w14:textId="1DC633DA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Thống Nhất</w:t>
            </w:r>
          </w:p>
        </w:tc>
        <w:tc>
          <w:tcPr>
            <w:tcW w:w="2126" w:type="dxa"/>
          </w:tcPr>
          <w:p w14:paraId="6A4C3E34" w14:textId="739453AD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2807" w:type="dxa"/>
            <w:vAlign w:val="center"/>
          </w:tcPr>
          <w:p w14:paraId="09FB5225" w14:textId="10BBB91B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DB1475">
              <w:rPr>
                <w:rFonts w:cs="Times New Roman"/>
                <w:sz w:val="28"/>
                <w:szCs w:val="28"/>
              </w:rPr>
              <w:t>Khu trung tâm</w:t>
            </w:r>
          </w:p>
        </w:tc>
      </w:tr>
      <w:tr w:rsidR="009D6E1E" w:rsidRPr="006A382B" w14:paraId="53DBF5C0" w14:textId="77777777" w:rsidTr="006A382B">
        <w:trPr>
          <w:trHeight w:val="525"/>
        </w:trPr>
        <w:tc>
          <w:tcPr>
            <w:tcW w:w="959" w:type="dxa"/>
          </w:tcPr>
          <w:p w14:paraId="37C7BB30" w14:textId="77777777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415" w:type="dxa"/>
            <w:vAlign w:val="center"/>
          </w:tcPr>
          <w:p w14:paraId="0464F3E9" w14:textId="798715E2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Bình Minh</w:t>
            </w:r>
          </w:p>
        </w:tc>
        <w:tc>
          <w:tcPr>
            <w:tcW w:w="2126" w:type="dxa"/>
          </w:tcPr>
          <w:p w14:paraId="2FEDF275" w14:textId="7967F651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2807" w:type="dxa"/>
            <w:vAlign w:val="center"/>
          </w:tcPr>
          <w:p w14:paraId="567B50EA" w14:textId="302F92CB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Khu trung tâm</w:t>
            </w:r>
          </w:p>
        </w:tc>
      </w:tr>
      <w:tr w:rsidR="009D6E1E" w:rsidRPr="006A382B" w14:paraId="698EC642" w14:textId="77777777" w:rsidTr="006A382B">
        <w:trPr>
          <w:trHeight w:val="525"/>
        </w:trPr>
        <w:tc>
          <w:tcPr>
            <w:tcW w:w="959" w:type="dxa"/>
          </w:tcPr>
          <w:p w14:paraId="386FB14C" w14:textId="77777777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415" w:type="dxa"/>
            <w:vAlign w:val="center"/>
          </w:tcPr>
          <w:p w14:paraId="2FF195B0" w14:textId="4A26779F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 xml:space="preserve">Long </w:t>
            </w:r>
            <w:r w:rsidR="006A382B">
              <w:rPr>
                <w:rFonts w:cs="Times New Roman"/>
                <w:sz w:val="28"/>
                <w:szCs w:val="28"/>
              </w:rPr>
              <w:t>Loi</w:t>
            </w:r>
          </w:p>
        </w:tc>
        <w:tc>
          <w:tcPr>
            <w:tcW w:w="2126" w:type="dxa"/>
          </w:tcPr>
          <w:p w14:paraId="62085C0C" w14:textId="622A3F0C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2807" w:type="dxa"/>
            <w:vAlign w:val="center"/>
          </w:tcPr>
          <w:p w14:paraId="75C033C3" w14:textId="47850771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Thuận lợi triển khai</w:t>
            </w:r>
          </w:p>
        </w:tc>
      </w:tr>
      <w:tr w:rsidR="009D6E1E" w:rsidRPr="006A382B" w14:paraId="446F3329" w14:textId="77777777" w:rsidTr="006A382B">
        <w:trPr>
          <w:trHeight w:val="525"/>
        </w:trPr>
        <w:tc>
          <w:tcPr>
            <w:tcW w:w="959" w:type="dxa"/>
          </w:tcPr>
          <w:p w14:paraId="2558CD16" w14:textId="77777777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415" w:type="dxa"/>
            <w:vAlign w:val="center"/>
          </w:tcPr>
          <w:p w14:paraId="5AC0892D" w14:textId="4DA7AA14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Hà Mòn 1</w:t>
            </w:r>
          </w:p>
        </w:tc>
        <w:tc>
          <w:tcPr>
            <w:tcW w:w="2126" w:type="dxa"/>
          </w:tcPr>
          <w:p w14:paraId="275B686E" w14:textId="16B63E7C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2807" w:type="dxa"/>
            <w:vAlign w:val="center"/>
          </w:tcPr>
          <w:p w14:paraId="78C1F8B5" w14:textId="7684EC8D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Thuận lợi triển khai</w:t>
            </w:r>
          </w:p>
        </w:tc>
      </w:tr>
      <w:tr w:rsidR="009D6E1E" w:rsidRPr="006A382B" w14:paraId="6C8D9FF5" w14:textId="77777777" w:rsidTr="006A382B">
        <w:trPr>
          <w:trHeight w:val="525"/>
        </w:trPr>
        <w:tc>
          <w:tcPr>
            <w:tcW w:w="959" w:type="dxa"/>
          </w:tcPr>
          <w:p w14:paraId="790A8C06" w14:textId="77777777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415" w:type="dxa"/>
            <w:vAlign w:val="center"/>
          </w:tcPr>
          <w:p w14:paraId="24AAC41B" w14:textId="63EF7842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Hà Mòn 2</w:t>
            </w:r>
          </w:p>
        </w:tc>
        <w:tc>
          <w:tcPr>
            <w:tcW w:w="2126" w:type="dxa"/>
          </w:tcPr>
          <w:p w14:paraId="46321873" w14:textId="02D61F92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2807" w:type="dxa"/>
            <w:vAlign w:val="center"/>
          </w:tcPr>
          <w:p w14:paraId="0AE0C90D" w14:textId="492E10EF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Thuận lợi triển khai</w:t>
            </w:r>
          </w:p>
        </w:tc>
      </w:tr>
      <w:tr w:rsidR="009D6E1E" w:rsidRPr="006A382B" w14:paraId="49FBB341" w14:textId="77777777" w:rsidTr="006A382B">
        <w:trPr>
          <w:trHeight w:val="525"/>
        </w:trPr>
        <w:tc>
          <w:tcPr>
            <w:tcW w:w="959" w:type="dxa"/>
          </w:tcPr>
          <w:p w14:paraId="103E689A" w14:textId="77777777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415" w:type="dxa"/>
            <w:vAlign w:val="center"/>
          </w:tcPr>
          <w:p w14:paraId="453F9351" w14:textId="1FC06614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Hà Mòn 3</w:t>
            </w:r>
          </w:p>
        </w:tc>
        <w:tc>
          <w:tcPr>
            <w:tcW w:w="2126" w:type="dxa"/>
          </w:tcPr>
          <w:p w14:paraId="33036D2F" w14:textId="055CF4C2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2807" w:type="dxa"/>
            <w:vAlign w:val="center"/>
          </w:tcPr>
          <w:p w14:paraId="258066FD" w14:textId="1D6C2D86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Thuận lợi triển khai</w:t>
            </w:r>
          </w:p>
        </w:tc>
      </w:tr>
      <w:tr w:rsidR="009D6E1E" w:rsidRPr="006A382B" w14:paraId="7F71C4D4" w14:textId="77777777" w:rsidTr="006A382B">
        <w:trPr>
          <w:trHeight w:val="525"/>
        </w:trPr>
        <w:tc>
          <w:tcPr>
            <w:tcW w:w="959" w:type="dxa"/>
          </w:tcPr>
          <w:p w14:paraId="5818990E" w14:textId="77777777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415" w:type="dxa"/>
            <w:vAlign w:val="center"/>
          </w:tcPr>
          <w:p w14:paraId="42B4A320" w14:textId="5B55E046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Hà Mòn 4</w:t>
            </w:r>
          </w:p>
        </w:tc>
        <w:tc>
          <w:tcPr>
            <w:tcW w:w="2126" w:type="dxa"/>
          </w:tcPr>
          <w:p w14:paraId="26E2D1D3" w14:textId="4CB5E549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2807" w:type="dxa"/>
            <w:vAlign w:val="center"/>
          </w:tcPr>
          <w:p w14:paraId="66986544" w14:textId="6248F9DC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Thuận lợi triển khai</w:t>
            </w:r>
          </w:p>
        </w:tc>
      </w:tr>
      <w:tr w:rsidR="009D6E1E" w:rsidRPr="006A382B" w14:paraId="3B01713C" w14:textId="77777777" w:rsidTr="006A382B">
        <w:trPr>
          <w:trHeight w:val="525"/>
        </w:trPr>
        <w:tc>
          <w:tcPr>
            <w:tcW w:w="959" w:type="dxa"/>
          </w:tcPr>
          <w:p w14:paraId="4A990522" w14:textId="77777777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5415" w:type="dxa"/>
            <w:vAlign w:val="center"/>
          </w:tcPr>
          <w:p w14:paraId="6B66B69A" w14:textId="2A9E31D2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Hà Mòn 5</w:t>
            </w:r>
          </w:p>
        </w:tc>
        <w:tc>
          <w:tcPr>
            <w:tcW w:w="2126" w:type="dxa"/>
          </w:tcPr>
          <w:p w14:paraId="5E781633" w14:textId="3426B6B5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2027</w:t>
            </w:r>
          </w:p>
        </w:tc>
        <w:tc>
          <w:tcPr>
            <w:tcW w:w="2807" w:type="dxa"/>
            <w:vAlign w:val="center"/>
          </w:tcPr>
          <w:p w14:paraId="3FF87DDE" w14:textId="1BEC81E2" w:rsidR="009D6E1E" w:rsidRPr="006A382B" w:rsidRDefault="009D6E1E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1475">
              <w:rPr>
                <w:rFonts w:cs="Times New Roman"/>
                <w:sz w:val="28"/>
                <w:szCs w:val="28"/>
              </w:rPr>
              <w:t>Khu trung tâm</w:t>
            </w:r>
          </w:p>
        </w:tc>
      </w:tr>
    </w:tbl>
    <w:p w14:paraId="253AB69A" w14:textId="77777777" w:rsidR="006A382B" w:rsidRDefault="006A382B" w:rsidP="006A382B">
      <w:pPr>
        <w:spacing w:after="0" w:line="240" w:lineRule="auto"/>
        <w:rPr>
          <w:rFonts w:cs="Times New Roman"/>
          <w:b/>
          <w:bCs/>
          <w:sz w:val="28"/>
          <w:szCs w:val="28"/>
          <w:lang w:val="vi-VN"/>
        </w:rPr>
      </w:pPr>
    </w:p>
    <w:p w14:paraId="2C0CD833" w14:textId="37F0A019" w:rsidR="005C330B" w:rsidRPr="006A382B" w:rsidRDefault="00956F1B" w:rsidP="006A382B">
      <w:pPr>
        <w:spacing w:after="0" w:line="240" w:lineRule="auto"/>
        <w:rPr>
          <w:rFonts w:cs="Times New Roman"/>
          <w:b/>
          <w:bCs/>
          <w:sz w:val="28"/>
          <w:szCs w:val="28"/>
          <w:lang w:val="vi-VN"/>
        </w:rPr>
      </w:pPr>
      <w:r w:rsidRPr="006A382B">
        <w:rPr>
          <w:rFonts w:cs="Times New Roman"/>
          <w:b/>
          <w:bCs/>
          <w:sz w:val="28"/>
          <w:szCs w:val="28"/>
        </w:rPr>
        <w:lastRenderedPageBreak/>
        <w:t>c) Nhóm 3 – Ưu tiên sau (triển khai năm 2028)</w:t>
      </w: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386"/>
        <w:gridCol w:w="2127"/>
        <w:gridCol w:w="2835"/>
      </w:tblGrid>
      <w:tr w:rsidR="00956F1B" w:rsidRPr="006A382B" w14:paraId="13E92F69" w14:textId="77777777" w:rsidTr="00956F1B">
        <w:trPr>
          <w:trHeight w:val="525"/>
        </w:trPr>
        <w:tc>
          <w:tcPr>
            <w:tcW w:w="959" w:type="dxa"/>
          </w:tcPr>
          <w:p w14:paraId="57F20FBC" w14:textId="7777777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A382B">
              <w:rPr>
                <w:rFonts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5386" w:type="dxa"/>
          </w:tcPr>
          <w:p w14:paraId="7C527888" w14:textId="7777777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A382B">
              <w:rPr>
                <w:rFonts w:cs="Times New Roman"/>
                <w:b/>
                <w:bCs/>
                <w:sz w:val="28"/>
                <w:szCs w:val="28"/>
              </w:rPr>
              <w:t>Tên thôn</w:t>
            </w:r>
          </w:p>
        </w:tc>
        <w:tc>
          <w:tcPr>
            <w:tcW w:w="2127" w:type="dxa"/>
          </w:tcPr>
          <w:p w14:paraId="02E7066D" w14:textId="7777777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A382B">
              <w:rPr>
                <w:rFonts w:cs="Times New Roman"/>
                <w:b/>
                <w:bCs/>
                <w:sz w:val="28"/>
                <w:szCs w:val="28"/>
              </w:rPr>
              <w:t>Giai đoạn</w:t>
            </w:r>
          </w:p>
        </w:tc>
        <w:tc>
          <w:tcPr>
            <w:tcW w:w="2835" w:type="dxa"/>
          </w:tcPr>
          <w:p w14:paraId="73EE3160" w14:textId="7777777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  <w:r w:rsidRPr="006A382B">
              <w:rPr>
                <w:rFonts w:cs="Times New Roman"/>
                <w:b/>
                <w:bCs/>
                <w:sz w:val="28"/>
                <w:szCs w:val="28"/>
              </w:rPr>
              <w:t>Ghi</w:t>
            </w:r>
            <w:r w:rsidRPr="006A382B">
              <w:rPr>
                <w:rFonts w:cs="Times New Roman"/>
                <w:b/>
                <w:bCs/>
                <w:sz w:val="28"/>
                <w:szCs w:val="28"/>
                <w:lang w:val="vi-VN"/>
              </w:rPr>
              <w:t xml:space="preserve"> chú</w:t>
            </w:r>
          </w:p>
        </w:tc>
      </w:tr>
      <w:tr w:rsidR="00956F1B" w:rsidRPr="006A382B" w14:paraId="3B0EEB03" w14:textId="77777777" w:rsidTr="00956F1B">
        <w:trPr>
          <w:trHeight w:val="525"/>
        </w:trPr>
        <w:tc>
          <w:tcPr>
            <w:tcW w:w="959" w:type="dxa"/>
          </w:tcPr>
          <w:p w14:paraId="73CC792D" w14:textId="7777777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  <w:vAlign w:val="center"/>
          </w:tcPr>
          <w:p w14:paraId="0651AFBC" w14:textId="179C9419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Đăk La 1</w:t>
            </w:r>
          </w:p>
        </w:tc>
        <w:tc>
          <w:tcPr>
            <w:tcW w:w="2127" w:type="dxa"/>
          </w:tcPr>
          <w:p w14:paraId="06CF607E" w14:textId="3BB5DF76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2835" w:type="dxa"/>
            <w:vAlign w:val="center"/>
          </w:tcPr>
          <w:p w14:paraId="5CB58728" w14:textId="44339358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BE6CDF">
              <w:rPr>
                <w:rFonts w:cs="Times New Roman"/>
                <w:sz w:val="28"/>
                <w:szCs w:val="28"/>
              </w:rPr>
              <w:t>Khu vực phân tán</w:t>
            </w:r>
          </w:p>
        </w:tc>
      </w:tr>
      <w:tr w:rsidR="00956F1B" w:rsidRPr="006A382B" w14:paraId="7B6EE068" w14:textId="77777777" w:rsidTr="00956F1B">
        <w:trPr>
          <w:trHeight w:val="525"/>
        </w:trPr>
        <w:tc>
          <w:tcPr>
            <w:tcW w:w="959" w:type="dxa"/>
          </w:tcPr>
          <w:p w14:paraId="465AB7FE" w14:textId="7777777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  <w:vAlign w:val="center"/>
          </w:tcPr>
          <w:p w14:paraId="21516650" w14:textId="6F336984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Đăk La 2</w:t>
            </w:r>
          </w:p>
        </w:tc>
        <w:tc>
          <w:tcPr>
            <w:tcW w:w="2127" w:type="dxa"/>
          </w:tcPr>
          <w:p w14:paraId="4ACED923" w14:textId="0B377C5F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2835" w:type="dxa"/>
            <w:vAlign w:val="center"/>
          </w:tcPr>
          <w:p w14:paraId="7C6CF7E4" w14:textId="209D289C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Khu vực phân tán</w:t>
            </w:r>
          </w:p>
        </w:tc>
      </w:tr>
      <w:tr w:rsidR="00956F1B" w:rsidRPr="006A382B" w14:paraId="42BB80A1" w14:textId="77777777" w:rsidTr="00956F1B">
        <w:trPr>
          <w:trHeight w:val="525"/>
        </w:trPr>
        <w:tc>
          <w:tcPr>
            <w:tcW w:w="959" w:type="dxa"/>
          </w:tcPr>
          <w:p w14:paraId="67A3FC47" w14:textId="7777777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  <w:vAlign w:val="center"/>
          </w:tcPr>
          <w:p w14:paraId="19120B6F" w14:textId="6DD5F18D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Đăk La 3</w:t>
            </w:r>
          </w:p>
        </w:tc>
        <w:tc>
          <w:tcPr>
            <w:tcW w:w="2127" w:type="dxa"/>
          </w:tcPr>
          <w:p w14:paraId="644D5A6B" w14:textId="0CC9B875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2835" w:type="dxa"/>
            <w:vAlign w:val="center"/>
          </w:tcPr>
          <w:p w14:paraId="0692A473" w14:textId="50F7771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Khu vực phân tán</w:t>
            </w:r>
          </w:p>
        </w:tc>
      </w:tr>
      <w:tr w:rsidR="00956F1B" w:rsidRPr="006A382B" w14:paraId="2A8B0E75" w14:textId="77777777" w:rsidTr="00956F1B">
        <w:trPr>
          <w:trHeight w:val="525"/>
        </w:trPr>
        <w:tc>
          <w:tcPr>
            <w:tcW w:w="959" w:type="dxa"/>
          </w:tcPr>
          <w:p w14:paraId="2E428AD0" w14:textId="7777777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  <w:vAlign w:val="center"/>
          </w:tcPr>
          <w:p w14:paraId="49D41DBC" w14:textId="06927A73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Đăk La 6</w:t>
            </w:r>
          </w:p>
        </w:tc>
        <w:tc>
          <w:tcPr>
            <w:tcW w:w="2127" w:type="dxa"/>
          </w:tcPr>
          <w:p w14:paraId="69859CC5" w14:textId="1A3BF908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2835" w:type="dxa"/>
            <w:vAlign w:val="center"/>
          </w:tcPr>
          <w:p w14:paraId="45DC2BD9" w14:textId="6A4F90BF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Khu vực phân tán</w:t>
            </w:r>
          </w:p>
        </w:tc>
      </w:tr>
      <w:tr w:rsidR="00956F1B" w:rsidRPr="006A382B" w14:paraId="42B5A848" w14:textId="77777777" w:rsidTr="00956F1B">
        <w:trPr>
          <w:trHeight w:val="525"/>
        </w:trPr>
        <w:tc>
          <w:tcPr>
            <w:tcW w:w="959" w:type="dxa"/>
          </w:tcPr>
          <w:p w14:paraId="33B66430" w14:textId="7777777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  <w:vAlign w:val="center"/>
          </w:tcPr>
          <w:p w14:paraId="772E5C6D" w14:textId="38D4D42D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Đăk Tiêng Kơ Tu</w:t>
            </w:r>
          </w:p>
        </w:tc>
        <w:tc>
          <w:tcPr>
            <w:tcW w:w="2127" w:type="dxa"/>
          </w:tcPr>
          <w:p w14:paraId="489CBD61" w14:textId="21CF86A2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2835" w:type="dxa"/>
            <w:vAlign w:val="center"/>
          </w:tcPr>
          <w:p w14:paraId="401A0EC6" w14:textId="4A655F64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Khó khăn hạ tầng</w:t>
            </w:r>
          </w:p>
        </w:tc>
      </w:tr>
      <w:tr w:rsidR="00956F1B" w:rsidRPr="006A382B" w14:paraId="1D7D7BC3" w14:textId="77777777" w:rsidTr="00956F1B">
        <w:trPr>
          <w:trHeight w:val="525"/>
        </w:trPr>
        <w:tc>
          <w:tcPr>
            <w:tcW w:w="959" w:type="dxa"/>
          </w:tcPr>
          <w:p w14:paraId="4E05B0A4" w14:textId="7777777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386" w:type="dxa"/>
            <w:vAlign w:val="center"/>
          </w:tcPr>
          <w:p w14:paraId="4B565F4A" w14:textId="42BD2D80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Kon Trang Kla</w:t>
            </w:r>
          </w:p>
        </w:tc>
        <w:tc>
          <w:tcPr>
            <w:tcW w:w="2127" w:type="dxa"/>
          </w:tcPr>
          <w:p w14:paraId="4B92804F" w14:textId="35E99D06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2835" w:type="dxa"/>
            <w:vAlign w:val="center"/>
          </w:tcPr>
          <w:p w14:paraId="4E513C27" w14:textId="3A6638FF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Khó khăn hạ tầng</w:t>
            </w:r>
          </w:p>
        </w:tc>
      </w:tr>
      <w:tr w:rsidR="00956F1B" w:rsidRPr="006A382B" w14:paraId="6CB9A78D" w14:textId="77777777" w:rsidTr="00956F1B">
        <w:trPr>
          <w:trHeight w:val="525"/>
        </w:trPr>
        <w:tc>
          <w:tcPr>
            <w:tcW w:w="959" w:type="dxa"/>
          </w:tcPr>
          <w:p w14:paraId="7201A847" w14:textId="7777777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386" w:type="dxa"/>
            <w:vAlign w:val="center"/>
          </w:tcPr>
          <w:p w14:paraId="44A18DB9" w14:textId="5C0428E3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Ngô Trang Kép</w:t>
            </w:r>
          </w:p>
        </w:tc>
        <w:tc>
          <w:tcPr>
            <w:tcW w:w="2127" w:type="dxa"/>
          </w:tcPr>
          <w:p w14:paraId="04C6DBA3" w14:textId="24CEAD0C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2835" w:type="dxa"/>
            <w:vAlign w:val="center"/>
          </w:tcPr>
          <w:p w14:paraId="5BE49F21" w14:textId="2A9A6283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Khó khăn hạ tầng</w:t>
            </w:r>
          </w:p>
        </w:tc>
      </w:tr>
      <w:tr w:rsidR="00956F1B" w:rsidRPr="006A382B" w14:paraId="05F31E66" w14:textId="77777777" w:rsidTr="00956F1B">
        <w:trPr>
          <w:trHeight w:val="525"/>
        </w:trPr>
        <w:tc>
          <w:tcPr>
            <w:tcW w:w="959" w:type="dxa"/>
          </w:tcPr>
          <w:p w14:paraId="295DC203" w14:textId="77777777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5386" w:type="dxa"/>
            <w:vAlign w:val="center"/>
          </w:tcPr>
          <w:p w14:paraId="0CE8B540" w14:textId="1A0F424D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Kon Trang Mơ Năy</w:t>
            </w:r>
          </w:p>
        </w:tc>
        <w:tc>
          <w:tcPr>
            <w:tcW w:w="2127" w:type="dxa"/>
          </w:tcPr>
          <w:p w14:paraId="567E08A7" w14:textId="0A1C6D0E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2835" w:type="dxa"/>
            <w:vAlign w:val="center"/>
          </w:tcPr>
          <w:p w14:paraId="3C1ED58C" w14:textId="506A14EA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Khó khăn hạ tầng</w:t>
            </w:r>
          </w:p>
        </w:tc>
      </w:tr>
      <w:tr w:rsidR="00956F1B" w:rsidRPr="006A382B" w14:paraId="79D7CFFA" w14:textId="77777777" w:rsidTr="00956F1B">
        <w:trPr>
          <w:trHeight w:val="525"/>
        </w:trPr>
        <w:tc>
          <w:tcPr>
            <w:tcW w:w="959" w:type="dxa"/>
          </w:tcPr>
          <w:p w14:paraId="0DDC78A5" w14:textId="356C652F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5386" w:type="dxa"/>
            <w:vAlign w:val="center"/>
          </w:tcPr>
          <w:p w14:paraId="5E0D1D8B" w14:textId="566F4E86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Đăk Tiêng Klah</w:t>
            </w:r>
          </w:p>
        </w:tc>
        <w:tc>
          <w:tcPr>
            <w:tcW w:w="2127" w:type="dxa"/>
          </w:tcPr>
          <w:p w14:paraId="383341E7" w14:textId="727BB510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2835" w:type="dxa"/>
            <w:vAlign w:val="center"/>
          </w:tcPr>
          <w:p w14:paraId="2173FDAE" w14:textId="10B126C2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Khó khăn hạ tầng</w:t>
            </w:r>
          </w:p>
        </w:tc>
      </w:tr>
      <w:tr w:rsidR="00956F1B" w:rsidRPr="006A382B" w14:paraId="6CF27791" w14:textId="77777777" w:rsidTr="00956F1B">
        <w:trPr>
          <w:trHeight w:val="525"/>
        </w:trPr>
        <w:tc>
          <w:tcPr>
            <w:tcW w:w="959" w:type="dxa"/>
          </w:tcPr>
          <w:p w14:paraId="01F1B2F0" w14:textId="1B554E26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5386" w:type="dxa"/>
            <w:vAlign w:val="center"/>
          </w:tcPr>
          <w:p w14:paraId="306A6500" w14:textId="0724609F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Đăk Rơ Chót</w:t>
            </w:r>
          </w:p>
        </w:tc>
        <w:tc>
          <w:tcPr>
            <w:tcW w:w="2127" w:type="dxa"/>
          </w:tcPr>
          <w:p w14:paraId="7CB1733C" w14:textId="0EDE2E36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A382B">
              <w:rPr>
                <w:rFonts w:cs="Times New Roman"/>
                <w:sz w:val="28"/>
                <w:szCs w:val="28"/>
              </w:rPr>
              <w:t>2028</w:t>
            </w:r>
          </w:p>
        </w:tc>
        <w:tc>
          <w:tcPr>
            <w:tcW w:w="2835" w:type="dxa"/>
            <w:vAlign w:val="center"/>
          </w:tcPr>
          <w:p w14:paraId="3E9ECB85" w14:textId="77289A78" w:rsidR="00956F1B" w:rsidRPr="006A382B" w:rsidRDefault="00956F1B" w:rsidP="006A382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6CDF">
              <w:rPr>
                <w:rFonts w:cs="Times New Roman"/>
                <w:sz w:val="28"/>
                <w:szCs w:val="28"/>
              </w:rPr>
              <w:t>Khó khăn hạ tầng</w:t>
            </w:r>
          </w:p>
        </w:tc>
      </w:tr>
    </w:tbl>
    <w:p w14:paraId="2F808274" w14:textId="77777777" w:rsidR="00807C0B" w:rsidRDefault="00807C0B" w:rsidP="00807C0B">
      <w:pPr>
        <w:spacing w:after="120" w:line="240" w:lineRule="auto"/>
        <w:rPr>
          <w:b/>
          <w:bCs/>
          <w:sz w:val="28"/>
          <w:szCs w:val="28"/>
          <w:u w:val="single"/>
          <w:lang w:val="vi-VN"/>
        </w:rPr>
      </w:pPr>
    </w:p>
    <w:p w14:paraId="14219147" w14:textId="1EFEC962" w:rsidR="007563A6" w:rsidRDefault="007563A6" w:rsidP="00807C0B">
      <w:pPr>
        <w:spacing w:after="120" w:line="240" w:lineRule="auto"/>
        <w:rPr>
          <w:b/>
          <w:bCs/>
          <w:sz w:val="28"/>
          <w:szCs w:val="28"/>
          <w:u w:val="single"/>
          <w:lang w:val="vi-VN"/>
        </w:rPr>
      </w:pPr>
      <w:r w:rsidRPr="007563A6">
        <w:rPr>
          <w:b/>
          <w:bCs/>
          <w:sz w:val="28"/>
          <w:szCs w:val="28"/>
          <w:u w:val="single"/>
          <w:lang w:val="vi-VN"/>
        </w:rPr>
        <w:t>Ghi chú</w:t>
      </w:r>
      <w:r w:rsidR="00807C0B">
        <w:rPr>
          <w:b/>
          <w:bCs/>
          <w:sz w:val="28"/>
          <w:szCs w:val="28"/>
          <w:u w:val="single"/>
          <w:lang w:val="vi-VN"/>
        </w:rPr>
        <w:t xml:space="preserve"> thực hiện</w:t>
      </w:r>
      <w:r w:rsidRPr="007563A6">
        <w:rPr>
          <w:b/>
          <w:bCs/>
          <w:sz w:val="28"/>
          <w:szCs w:val="28"/>
          <w:u w:val="single"/>
          <w:lang w:val="vi-VN"/>
        </w:rPr>
        <w:t>:</w:t>
      </w:r>
    </w:p>
    <w:p w14:paraId="132FF922" w14:textId="5D978035" w:rsidR="007563A6" w:rsidRPr="007563A6" w:rsidRDefault="007563A6" w:rsidP="00807C0B">
      <w:pPr>
        <w:spacing w:after="120" w:line="240" w:lineRule="auto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- </w:t>
      </w:r>
      <w:r w:rsidRPr="007563A6">
        <w:rPr>
          <w:sz w:val="28"/>
          <w:szCs w:val="28"/>
        </w:rPr>
        <w:t>Mỗi thôn bố trí tối thiểu 01 điểm hỗ trợ người dân thực hiện dịch vụ công trực tuyến.</w:t>
      </w:r>
    </w:p>
    <w:p w14:paraId="15207F10" w14:textId="5CE32D03" w:rsidR="007563A6" w:rsidRPr="007563A6" w:rsidRDefault="007563A6" w:rsidP="00807C0B">
      <w:pPr>
        <w:spacing w:after="120" w:line="240" w:lineRule="auto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- </w:t>
      </w:r>
      <w:r w:rsidRPr="007563A6">
        <w:rPr>
          <w:sz w:val="28"/>
          <w:szCs w:val="28"/>
        </w:rPr>
        <w:t>Việc triển khai có thể điều chỉnh linh hoạt theo điều kiện thực tế và nguồn lực.</w:t>
      </w:r>
    </w:p>
    <w:p w14:paraId="4C340FA8" w14:textId="21DEAD65" w:rsidR="007563A6" w:rsidRPr="007563A6" w:rsidRDefault="007563A6" w:rsidP="00807C0B">
      <w:pPr>
        <w:spacing w:after="120" w:line="240" w:lineRule="auto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- </w:t>
      </w:r>
      <w:r w:rsidRPr="007563A6">
        <w:rPr>
          <w:sz w:val="28"/>
          <w:szCs w:val="28"/>
        </w:rPr>
        <w:t>Ưu tiên bảo đảm hiệu quả sử dụng thực tế, không đầu tư dàn trải.</w:t>
      </w:r>
    </w:p>
    <w:p w14:paraId="0F2FC8F3" w14:textId="77777777" w:rsidR="007563A6" w:rsidRPr="005C330B" w:rsidRDefault="007563A6">
      <w:pPr>
        <w:rPr>
          <w:lang w:val="vi-VN"/>
        </w:rPr>
      </w:pPr>
    </w:p>
    <w:sectPr w:rsidR="007563A6" w:rsidRPr="005C330B" w:rsidSect="0095765B">
      <w:pgSz w:w="16840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udo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udo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Duudong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Duudong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udo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Duudo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7660697">
    <w:abstractNumId w:val="8"/>
  </w:num>
  <w:num w:numId="2" w16cid:durableId="140273436">
    <w:abstractNumId w:val="6"/>
  </w:num>
  <w:num w:numId="3" w16cid:durableId="977497412">
    <w:abstractNumId w:val="5"/>
  </w:num>
  <w:num w:numId="4" w16cid:durableId="428279890">
    <w:abstractNumId w:val="4"/>
  </w:num>
  <w:num w:numId="5" w16cid:durableId="450129444">
    <w:abstractNumId w:val="7"/>
  </w:num>
  <w:num w:numId="6" w16cid:durableId="1392802927">
    <w:abstractNumId w:val="3"/>
  </w:num>
  <w:num w:numId="7" w16cid:durableId="1129931826">
    <w:abstractNumId w:val="2"/>
  </w:num>
  <w:num w:numId="8" w16cid:durableId="1428188205">
    <w:abstractNumId w:val="1"/>
  </w:num>
  <w:num w:numId="9" w16cid:durableId="324091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C330B"/>
    <w:rsid w:val="00626207"/>
    <w:rsid w:val="00697100"/>
    <w:rsid w:val="006A382B"/>
    <w:rsid w:val="007563A6"/>
    <w:rsid w:val="007947D7"/>
    <w:rsid w:val="00807C0B"/>
    <w:rsid w:val="00956F1B"/>
    <w:rsid w:val="0095765B"/>
    <w:rsid w:val="00961963"/>
    <w:rsid w:val="009B4820"/>
    <w:rsid w:val="009D6E1E"/>
    <w:rsid w:val="00AA1D8D"/>
    <w:rsid w:val="00B47730"/>
    <w:rsid w:val="00CB0664"/>
    <w:rsid w:val="00D7225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E50D44"/>
  <w14:defaultImageDpi w14:val="300"/>
  <w15:docId w15:val="{1664BF23-3310-4785-BA03-9BF127B0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FC693F"/>
    <w:rPr>
      <w:rFonts w:ascii="Times New Roman" w:hAnsi="Times New Roman"/>
      <w:sz w:val="26"/>
    </w:rPr>
  </w:style>
  <w:style w:type="paragraph" w:styleId="u1">
    <w:name w:val="heading 1"/>
    <w:basedOn w:val="Binhthng"/>
    <w:next w:val="Binhthng"/>
    <w:link w:val="u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u2">
    <w:name w:val="heading 2"/>
    <w:basedOn w:val="Binhthng"/>
    <w:next w:val="Binhthng"/>
    <w:link w:val="u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u3">
    <w:name w:val="heading 3"/>
    <w:basedOn w:val="Binhthng"/>
    <w:next w:val="Binhthng"/>
    <w:link w:val="u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utrang">
    <w:name w:val="header"/>
    <w:basedOn w:val="Binhthng"/>
    <w:link w:val="utrang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E618BF"/>
  </w:style>
  <w:style w:type="paragraph" w:styleId="Chntrang">
    <w:name w:val="footer"/>
    <w:basedOn w:val="Binhthng"/>
    <w:link w:val="Chntrang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E618BF"/>
  </w:style>
  <w:style w:type="paragraph" w:styleId="KhngDncch">
    <w:name w:val="No Spacing"/>
    <w:uiPriority w:val="1"/>
    <w:qFormat/>
    <w:rsid w:val="00FC693F"/>
    <w:pPr>
      <w:spacing w:after="0" w:line="240" w:lineRule="auto"/>
    </w:pPr>
  </w:style>
  <w:style w:type="character" w:customStyle="1" w:styleId="u1Char">
    <w:name w:val="Đầu đề 1 Char"/>
    <w:basedOn w:val="Phngmcinhcuaoanvn"/>
    <w:link w:val="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2Char">
    <w:name w:val="Đầu đề 2 Char"/>
    <w:basedOn w:val="Phngmcinhcuaoanvn"/>
    <w:link w:val="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3Char">
    <w:name w:val="Đầu đề 3 Char"/>
    <w:basedOn w:val="Phngmcinhcuaoanvn"/>
    <w:link w:val="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u">
    <w:name w:val="Title"/>
    <w:basedOn w:val="Binhthng"/>
    <w:next w:val="Binhthng"/>
    <w:link w:val="Tiu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uChar">
    <w:name w:val="Tiêu đề Char"/>
    <w:basedOn w:val="Phngmcinhcuaoanvn"/>
    <w:link w:val="Ti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iuphu">
    <w:name w:val="Subtitle"/>
    <w:basedOn w:val="Binhthng"/>
    <w:next w:val="Binhthng"/>
    <w:link w:val="Tiuphu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iuphuChar">
    <w:name w:val="Tiêu đề phụ Char"/>
    <w:basedOn w:val="Phngmcinhcuaoanvn"/>
    <w:link w:val="Tiuph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ancuaDanhsach">
    <w:name w:val="List Paragraph"/>
    <w:basedOn w:val="Binhthng"/>
    <w:uiPriority w:val="34"/>
    <w:qFormat/>
    <w:rsid w:val="00FC693F"/>
    <w:pPr>
      <w:ind w:left="720"/>
      <w:contextualSpacing/>
    </w:pPr>
  </w:style>
  <w:style w:type="paragraph" w:styleId="ThnVnban">
    <w:name w:val="Body Text"/>
    <w:basedOn w:val="Binhthng"/>
    <w:link w:val="ThnVnbanChar"/>
    <w:uiPriority w:val="99"/>
    <w:unhideWhenUsed/>
    <w:rsid w:val="00AA1D8D"/>
    <w:pPr>
      <w:spacing w:after="120"/>
    </w:pPr>
  </w:style>
  <w:style w:type="character" w:customStyle="1" w:styleId="ThnVnbanChar">
    <w:name w:val="Thân Văn bản Char"/>
    <w:basedOn w:val="Phngmcinhcuaoanvn"/>
    <w:link w:val="ThnVnban"/>
    <w:uiPriority w:val="99"/>
    <w:rsid w:val="00AA1D8D"/>
  </w:style>
  <w:style w:type="paragraph" w:styleId="Thnvnban2">
    <w:name w:val="Body Text 2"/>
    <w:basedOn w:val="Binhthng"/>
    <w:link w:val="Thnvnban2Char"/>
    <w:uiPriority w:val="99"/>
    <w:unhideWhenUsed/>
    <w:rsid w:val="00AA1D8D"/>
    <w:pPr>
      <w:spacing w:after="120" w:line="480" w:lineRule="auto"/>
    </w:pPr>
  </w:style>
  <w:style w:type="character" w:customStyle="1" w:styleId="Thnvnban2Char">
    <w:name w:val="Thân văn bản 2 Char"/>
    <w:basedOn w:val="Phngmcinhcuaoanvn"/>
    <w:link w:val="Thnvnban2"/>
    <w:uiPriority w:val="99"/>
    <w:rsid w:val="00AA1D8D"/>
  </w:style>
  <w:style w:type="paragraph" w:styleId="Thnvnban3">
    <w:name w:val="Body Text 3"/>
    <w:basedOn w:val="Binhthng"/>
    <w:link w:val="Thnvnban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hnvnban3Char">
    <w:name w:val="Thân văn bản 3 Char"/>
    <w:basedOn w:val="Phngmcinhcuaoanvn"/>
    <w:link w:val="Thnvnban3"/>
    <w:uiPriority w:val="99"/>
    <w:rsid w:val="00AA1D8D"/>
    <w:rPr>
      <w:sz w:val="16"/>
      <w:szCs w:val="16"/>
    </w:rPr>
  </w:style>
  <w:style w:type="paragraph" w:styleId="Danhsach">
    <w:name w:val="List"/>
    <w:basedOn w:val="Binhthng"/>
    <w:uiPriority w:val="99"/>
    <w:unhideWhenUsed/>
    <w:rsid w:val="00AA1D8D"/>
    <w:pPr>
      <w:ind w:left="360" w:hanging="360"/>
      <w:contextualSpacing/>
    </w:pPr>
  </w:style>
  <w:style w:type="paragraph" w:styleId="Danhsach2">
    <w:name w:val="List 2"/>
    <w:basedOn w:val="Binhthng"/>
    <w:uiPriority w:val="99"/>
    <w:unhideWhenUsed/>
    <w:rsid w:val="00326F90"/>
    <w:pPr>
      <w:ind w:left="720" w:hanging="360"/>
      <w:contextualSpacing/>
    </w:pPr>
  </w:style>
  <w:style w:type="paragraph" w:styleId="Danhsach3">
    <w:name w:val="List 3"/>
    <w:basedOn w:val="Binhthng"/>
    <w:uiPriority w:val="99"/>
    <w:unhideWhenUsed/>
    <w:rsid w:val="00326F90"/>
    <w:pPr>
      <w:ind w:left="1080" w:hanging="360"/>
      <w:contextualSpacing/>
    </w:pPr>
  </w:style>
  <w:style w:type="paragraph" w:styleId="Duudong">
    <w:name w:val="List Bullet"/>
    <w:basedOn w:val="Binhthng"/>
    <w:uiPriority w:val="99"/>
    <w:unhideWhenUsed/>
    <w:rsid w:val="00326F90"/>
    <w:pPr>
      <w:numPr>
        <w:numId w:val="1"/>
      </w:numPr>
      <w:contextualSpacing/>
    </w:pPr>
  </w:style>
  <w:style w:type="paragraph" w:styleId="Duudong2">
    <w:name w:val="List Bullet 2"/>
    <w:basedOn w:val="Binhthng"/>
    <w:uiPriority w:val="99"/>
    <w:unhideWhenUsed/>
    <w:rsid w:val="00326F90"/>
    <w:pPr>
      <w:numPr>
        <w:numId w:val="2"/>
      </w:numPr>
      <w:contextualSpacing/>
    </w:pPr>
  </w:style>
  <w:style w:type="paragraph" w:styleId="Duudong3">
    <w:name w:val="List Bullet 3"/>
    <w:basedOn w:val="Binhthng"/>
    <w:uiPriority w:val="99"/>
    <w:unhideWhenUsed/>
    <w:rsid w:val="00326F90"/>
    <w:pPr>
      <w:numPr>
        <w:numId w:val="3"/>
      </w:numPr>
      <w:contextualSpacing/>
    </w:pPr>
  </w:style>
  <w:style w:type="paragraph" w:styleId="Sudong">
    <w:name w:val="List Number"/>
    <w:basedOn w:val="Binhthng"/>
    <w:uiPriority w:val="99"/>
    <w:unhideWhenUsed/>
    <w:rsid w:val="00326F90"/>
    <w:pPr>
      <w:numPr>
        <w:numId w:val="5"/>
      </w:numPr>
      <w:contextualSpacing/>
    </w:pPr>
  </w:style>
  <w:style w:type="paragraph" w:styleId="Sudong2">
    <w:name w:val="List Number 2"/>
    <w:basedOn w:val="Binhthng"/>
    <w:uiPriority w:val="99"/>
    <w:unhideWhenUsed/>
    <w:rsid w:val="0029639D"/>
    <w:pPr>
      <w:numPr>
        <w:numId w:val="6"/>
      </w:numPr>
      <w:contextualSpacing/>
    </w:pPr>
  </w:style>
  <w:style w:type="paragraph" w:styleId="Sudong3">
    <w:name w:val="List Number 3"/>
    <w:basedOn w:val="Binhthng"/>
    <w:uiPriority w:val="99"/>
    <w:unhideWhenUsed/>
    <w:rsid w:val="0029639D"/>
    <w:pPr>
      <w:numPr>
        <w:numId w:val="7"/>
      </w:numPr>
      <w:contextualSpacing/>
    </w:pPr>
  </w:style>
  <w:style w:type="paragraph" w:styleId="Danhsachlintuc">
    <w:name w:val="List Continue"/>
    <w:basedOn w:val="Binhthng"/>
    <w:uiPriority w:val="99"/>
    <w:unhideWhenUsed/>
    <w:rsid w:val="0029639D"/>
    <w:pPr>
      <w:spacing w:after="120"/>
      <w:ind w:left="360"/>
      <w:contextualSpacing/>
    </w:pPr>
  </w:style>
  <w:style w:type="paragraph" w:styleId="Danhsachlintuc2">
    <w:name w:val="List Continue 2"/>
    <w:basedOn w:val="Binhthng"/>
    <w:uiPriority w:val="99"/>
    <w:unhideWhenUsed/>
    <w:rsid w:val="0029639D"/>
    <w:pPr>
      <w:spacing w:after="120"/>
      <w:ind w:left="720"/>
      <w:contextualSpacing/>
    </w:pPr>
  </w:style>
  <w:style w:type="paragraph" w:styleId="Danhsachlintuc3">
    <w:name w:val="List Continue 3"/>
    <w:basedOn w:val="Binhthng"/>
    <w:uiPriority w:val="99"/>
    <w:unhideWhenUsed/>
    <w:rsid w:val="0029639D"/>
    <w:pPr>
      <w:spacing w:after="120"/>
      <w:ind w:left="1080"/>
      <w:contextualSpacing/>
    </w:pPr>
  </w:style>
  <w:style w:type="paragraph" w:styleId="VnbanMacro">
    <w:name w:val="macro"/>
    <w:link w:val="Vnban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VnbanMacroChar">
    <w:name w:val="Văn bản Macro Char"/>
    <w:basedOn w:val="Phngmcinhcuaoanvn"/>
    <w:link w:val="VnbanMacro"/>
    <w:uiPriority w:val="99"/>
    <w:rsid w:val="0029639D"/>
    <w:rPr>
      <w:rFonts w:ascii="Courier" w:hAnsi="Courier"/>
      <w:sz w:val="20"/>
      <w:szCs w:val="20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FC693F"/>
    <w:rPr>
      <w:i/>
      <w:iCs/>
      <w:color w:val="000000" w:themeColor="text1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FC693F"/>
    <w:rPr>
      <w:i/>
      <w:iCs/>
      <w:color w:val="000000" w:themeColor="text1"/>
    </w:rPr>
  </w:style>
  <w:style w:type="character" w:customStyle="1" w:styleId="u4Char">
    <w:name w:val="Đầu đề 4 Char"/>
    <w:basedOn w:val="Phngmcinhcuaoanvn"/>
    <w:link w:val="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u5Char">
    <w:name w:val="Đầu đề 5 Char"/>
    <w:basedOn w:val="Phngmcinhcuaoanvn"/>
    <w:link w:val="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u7Char">
    <w:name w:val="Đầu đề 7 Char"/>
    <w:basedOn w:val="Phngmcinhcuaoanvn"/>
    <w:link w:val="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u8Char">
    <w:name w:val="Đầu đề 8 Char"/>
    <w:basedOn w:val="Phngmcinhcuaoanvn"/>
    <w:link w:val="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u9Char">
    <w:name w:val="Đầu đề 9 Char"/>
    <w:basedOn w:val="Phngmcinhcuaoanvn"/>
    <w:link w:val="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huthich">
    <w:name w:val="caption"/>
    <w:basedOn w:val="Binhthng"/>
    <w:next w:val="Binhthng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Manh">
    <w:name w:val="Strong"/>
    <w:basedOn w:val="Phngmcinhcuaoanvn"/>
    <w:uiPriority w:val="22"/>
    <w:qFormat/>
    <w:rsid w:val="00FC693F"/>
    <w:rPr>
      <w:b/>
      <w:bCs/>
    </w:rPr>
  </w:style>
  <w:style w:type="character" w:styleId="Nhnmanh">
    <w:name w:val="Emphasis"/>
    <w:basedOn w:val="Phngmcinhcuaoanvn"/>
    <w:uiPriority w:val="20"/>
    <w:qFormat/>
    <w:rsid w:val="00FC693F"/>
    <w:rPr>
      <w:i/>
      <w:iCs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haykepmChar">
    <w:name w:val="Nháy kép Đậm Char"/>
    <w:basedOn w:val="Phngmcinhcuaoanvn"/>
    <w:link w:val="Nhaykepm"/>
    <w:uiPriority w:val="30"/>
    <w:rsid w:val="00FC693F"/>
    <w:rPr>
      <w:b/>
      <w:bCs/>
      <w:i/>
      <w:iCs/>
      <w:color w:val="4F81BD" w:themeColor="accent1"/>
    </w:rPr>
  </w:style>
  <w:style w:type="character" w:styleId="NhnmanhTinht">
    <w:name w:val="Subtle Emphasis"/>
    <w:basedOn w:val="Phngmcinhcuaoanvn"/>
    <w:uiPriority w:val="19"/>
    <w:qFormat/>
    <w:rsid w:val="00FC693F"/>
    <w:rPr>
      <w:i/>
      <w:iCs/>
      <w:color w:val="808080" w:themeColor="text1" w:themeTint="7F"/>
    </w:rPr>
  </w:style>
  <w:style w:type="character" w:styleId="NhnmnhThm">
    <w:name w:val="Intense Emphasis"/>
    <w:basedOn w:val="Phngmcinhcuaoanvn"/>
    <w:uiPriority w:val="21"/>
    <w:qFormat/>
    <w:rsid w:val="00FC693F"/>
    <w:rPr>
      <w:b/>
      <w:bCs/>
      <w:i/>
      <w:iCs/>
      <w:color w:val="4F81BD" w:themeColor="accent1"/>
    </w:rPr>
  </w:style>
  <w:style w:type="character" w:styleId="ThamchiuTinht">
    <w:name w:val="Subtle Reference"/>
    <w:basedOn w:val="Phngmcinhcuaoanvn"/>
    <w:uiPriority w:val="31"/>
    <w:qFormat/>
    <w:rsid w:val="00FC693F"/>
    <w:rPr>
      <w:smallCaps/>
      <w:color w:val="C0504D" w:themeColor="accent2"/>
      <w:u w:val="single"/>
    </w:rPr>
  </w:style>
  <w:style w:type="character" w:styleId="ThamchiuNhnmnh">
    <w:name w:val="Intense Reference"/>
    <w:basedOn w:val="Phngmcinhcuaoanvn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uSach">
    <w:name w:val="Book Title"/>
    <w:basedOn w:val="Phngmcinhcuaoanvn"/>
    <w:uiPriority w:val="33"/>
    <w:qFormat/>
    <w:rsid w:val="00FC693F"/>
    <w:rPr>
      <w:b/>
      <w:bCs/>
      <w:smallCaps/>
      <w:spacing w:val="5"/>
    </w:rPr>
  </w:style>
  <w:style w:type="paragraph" w:styleId="uMucluc">
    <w:name w:val="TOC Heading"/>
    <w:basedOn w:val="u1"/>
    <w:next w:val="Binhthng"/>
    <w:uiPriority w:val="39"/>
    <w:semiHidden/>
    <w:unhideWhenUsed/>
    <w:qFormat/>
    <w:rsid w:val="00FC693F"/>
    <w:pPr>
      <w:outlineLvl w:val="9"/>
    </w:pPr>
  </w:style>
  <w:style w:type="table" w:styleId="LiBang">
    <w:name w:val="Table Grid"/>
    <w:basedOn w:val="BangThngthng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nnMausang">
    <w:name w:val="Light Shading"/>
    <w:basedOn w:val="BangThngthng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nnMausang-Nhnmanh1">
    <w:name w:val="Light Shading Accent 1"/>
    <w:basedOn w:val="BangThngthng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nnMausang-Nhnmanh2">
    <w:name w:val="Light Shading Accent 2"/>
    <w:basedOn w:val="BangThngthng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nnMausang-Nhnmanh3">
    <w:name w:val="Light Shading Accent 3"/>
    <w:basedOn w:val="BangThngthng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nnMausang-Nhnmanh4">
    <w:name w:val="Light Shading Accent 4"/>
    <w:basedOn w:val="BangThngthng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nnMausang-Nhnmanh5">
    <w:name w:val="Light Shading Accent 5"/>
    <w:basedOn w:val="BangThngthng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nnMausang-Nhnmanh6">
    <w:name w:val="Light Shading Accent 6"/>
    <w:basedOn w:val="BangThngthng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DanhsachMausang">
    <w:name w:val="Light List"/>
    <w:basedOn w:val="BangThngthng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anhsachMausang-Nhnmanh1">
    <w:name w:val="Light List Accent 1"/>
    <w:basedOn w:val="BangThngthng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DanhsachMausang-Nhnmanh2">
    <w:name w:val="Light List Accent 2"/>
    <w:basedOn w:val="BangThngthng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DanhsachMausang-Nhnmanh3">
    <w:name w:val="Light List Accent 3"/>
    <w:basedOn w:val="BangThngthng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DanhsachMausang-Nhnmanh4">
    <w:name w:val="Light List Accent 4"/>
    <w:basedOn w:val="BangThngthng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DanhsachMausang-Nhnmanh5">
    <w:name w:val="Light List Accent 5"/>
    <w:basedOn w:val="BangThngthng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nhsachMausang-Nhnmanh6">
    <w:name w:val="Light List Accent 6"/>
    <w:basedOn w:val="BangThngthng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Mausang">
    <w:name w:val="Light Grid"/>
    <w:basedOn w:val="BangThngthng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Mausang-Nhnmanh1">
    <w:name w:val="Light Grid Accent 1"/>
    <w:basedOn w:val="BangThngthng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Mausang-Nhnmanh2">
    <w:name w:val="Light Grid Accent 2"/>
    <w:basedOn w:val="BangThngthng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Mausang-Nhnmanh3">
    <w:name w:val="Light Grid Accent 3"/>
    <w:basedOn w:val="BangThngthng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Mausang-Nhnmanh4">
    <w:name w:val="Light Grid Accent 4"/>
    <w:basedOn w:val="BangThngthng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Mausang-Nhnmanh5">
    <w:name w:val="Light Grid Accent 5"/>
    <w:basedOn w:val="BangThngthng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Mausang-Nhnmanh6">
    <w:name w:val="Light Grid Accent 6"/>
    <w:basedOn w:val="BangThngthng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nnVa1">
    <w:name w:val="Medium Shading 1"/>
    <w:basedOn w:val="BangThngthng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nnVa1-Nhnmanh1">
    <w:name w:val="Medium Shading 1 Accent 1"/>
    <w:basedOn w:val="BangThngthng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nnVa1-Nhnmanh2">
    <w:name w:val="Medium Shading 1 Accent 2"/>
    <w:basedOn w:val="BangThngthng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nnVa1-Nhnmanh3">
    <w:name w:val="Medium Shading 1 Accent 3"/>
    <w:basedOn w:val="BangThngthng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nnVa1-Nhnmanh4">
    <w:name w:val="Medium Shading 1 Accent 4"/>
    <w:basedOn w:val="BangThngthng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nnVa1-Nhnmanh5">
    <w:name w:val="Medium Shading 1 Accent 5"/>
    <w:basedOn w:val="BangThngthng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nnVa1-Nhnmanh6">
    <w:name w:val="Medium Shading 1 Accent 6"/>
    <w:basedOn w:val="BangThngthng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nnVa2">
    <w:name w:val="Medium Shading 2"/>
    <w:basedOn w:val="BangThngthng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nnVa2-Nhnmanh1">
    <w:name w:val="Medium Shading 2 Accent 1"/>
    <w:basedOn w:val="BangThngthng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nnVa2-Nhnmanh2">
    <w:name w:val="Medium Shading 2 Accent 2"/>
    <w:basedOn w:val="BangThngthng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nnVa2-Nhnmanh3">
    <w:name w:val="Medium Shading 2 Accent 3"/>
    <w:basedOn w:val="BangThngthng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nnVa2-Nhnmanh4">
    <w:name w:val="Medium Shading 2 Accent 4"/>
    <w:basedOn w:val="BangThngthng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nnVa2-Nhnmanh5">
    <w:name w:val="Medium Shading 2 Accent 5"/>
    <w:basedOn w:val="BangThngthng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nnVa2-Nhnmanh6">
    <w:name w:val="Medium Shading 2 Accent 6"/>
    <w:basedOn w:val="BangThngthng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DanhsachVa1">
    <w:name w:val="Medium List 1"/>
    <w:basedOn w:val="BangThngthng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DanhsachVa1-Nhnmanh1">
    <w:name w:val="Medium List 1 Accent 1"/>
    <w:basedOn w:val="BangThngthng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DanhsachVa1-Nhnmanh2">
    <w:name w:val="Medium List 1 Accent 2"/>
    <w:basedOn w:val="BangThngthng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DanhsachVa1-Nhnmanh3">
    <w:name w:val="Medium List 1 Accent 3"/>
    <w:basedOn w:val="BangThngthng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DanhsachVa1-Nhnmanh4">
    <w:name w:val="Medium List 1 Accent 4"/>
    <w:basedOn w:val="BangThngthng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DanhsachVa1-Nhnmanh5">
    <w:name w:val="Medium List 1 Accent 5"/>
    <w:basedOn w:val="BangThngthng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DanhsachVa1-Nhnmanh6">
    <w:name w:val="Medium List 1 Accent 6"/>
    <w:basedOn w:val="BangThngthng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DanhsachVa2">
    <w:name w:val="Medium List 2"/>
    <w:basedOn w:val="BangThngthng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nhsachVa2-Nhnmanh1">
    <w:name w:val="Medium List 2 Accent 1"/>
    <w:basedOn w:val="BangThngthng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nhsachVa2-Nhnmanh2">
    <w:name w:val="Medium List 2 Accent 2"/>
    <w:basedOn w:val="BangThngthng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nhsachVa2-Nhnmanh3">
    <w:name w:val="Medium List 2 Accent 3"/>
    <w:basedOn w:val="BangThngthng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nhsachVa2-Nhnmanh4">
    <w:name w:val="Medium List 2 Accent 4"/>
    <w:basedOn w:val="BangThngthng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nhsachVa2-Nhnmanh5">
    <w:name w:val="Medium List 2 Accent 5"/>
    <w:basedOn w:val="BangThngthng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nhsachVa2-Nhnmanh6">
    <w:name w:val="Medium List 2 Accent 6"/>
    <w:basedOn w:val="BangThngthng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Va1">
    <w:name w:val="Medium Grid 1"/>
    <w:basedOn w:val="BangThngthng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iVa1-Nhnmanh1">
    <w:name w:val="Medium Grid 1 Accent 1"/>
    <w:basedOn w:val="BangThngthng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Va1-Nhnmanh2">
    <w:name w:val="Medium Grid 1 Accent 2"/>
    <w:basedOn w:val="BangThngthng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LiVa1-Nhnmanh3">
    <w:name w:val="Medium Grid 1 Accent 3"/>
    <w:basedOn w:val="BangThngthng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LiVa1-Nhnmanh4">
    <w:name w:val="Medium Grid 1 Accent 4"/>
    <w:basedOn w:val="BangThngthng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LiVa1-Nhnmanh5">
    <w:name w:val="Medium Grid 1 Accent 5"/>
    <w:basedOn w:val="BangThngthng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LiVa1-Nhnmanh6">
    <w:name w:val="Medium Grid 1 Accent 6"/>
    <w:basedOn w:val="BangThngthng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Va2">
    <w:name w:val="Medium Grid 2"/>
    <w:basedOn w:val="BangThngthng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Va2-Nhnmanh1">
    <w:name w:val="Medium Grid 2 Accent 1"/>
    <w:basedOn w:val="BangThngthng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Va2-Nhnmanh2">
    <w:name w:val="Medium Grid 2 Accent 2"/>
    <w:basedOn w:val="BangThngthng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Va2-Nhnmanh3">
    <w:name w:val="Medium Grid 2 Accent 3"/>
    <w:basedOn w:val="BangThngthng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Va2-Nhnmanh4">
    <w:name w:val="Medium Grid 2 Accent 4"/>
    <w:basedOn w:val="BangThngthng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Va2-Nhnmanh5">
    <w:name w:val="Medium Grid 2 Accent 5"/>
    <w:basedOn w:val="BangThngthng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Va2-Nhnmanh6">
    <w:name w:val="Medium Grid 2 Accent 6"/>
    <w:basedOn w:val="BangThngthng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Va3">
    <w:name w:val="Medium Grid 3"/>
    <w:basedOn w:val="BangThngthng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LiVa3-Nhnmanh1">
    <w:name w:val="Medium Grid 3 Accent 1"/>
    <w:basedOn w:val="BangThngthng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LiVa3-Nhnmanh2">
    <w:name w:val="Medium Grid 3 Accent 2"/>
    <w:basedOn w:val="BangThngthng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LiVa3-Nhnmanh3">
    <w:name w:val="Medium Grid 3 Accent 3"/>
    <w:basedOn w:val="BangThngthng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LiVa3-Nhnmanh4">
    <w:name w:val="Medium Grid 3 Accent 4"/>
    <w:basedOn w:val="BangThngthng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LiVa3-Nhnmanh5">
    <w:name w:val="Medium Grid 3 Accent 5"/>
    <w:basedOn w:val="BangThngthng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Va3-Nhnmanh6">
    <w:name w:val="Medium Grid 3 Accent 6"/>
    <w:basedOn w:val="BangThngthng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nhsachSm">
    <w:name w:val="Dark List"/>
    <w:basedOn w:val="BangThngthng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nhsachSm-Nhnmanh1">
    <w:name w:val="Dark List Accent 1"/>
    <w:basedOn w:val="BangThngthng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nhsachSm-Nhnmanh2">
    <w:name w:val="Dark List Accent 2"/>
    <w:basedOn w:val="BangThngthng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nhsachSm-Nhnmanh3">
    <w:name w:val="Dark List Accent 3"/>
    <w:basedOn w:val="BangThngthng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nhsachSm-Nhnmanh4">
    <w:name w:val="Dark List Accent 4"/>
    <w:basedOn w:val="BangThngthng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nhsachSm-Nhnmanh5">
    <w:name w:val="Dark List Accent 5"/>
    <w:basedOn w:val="BangThngthng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nhsachSm-Nhnmanh6">
    <w:name w:val="Dark List Accent 6"/>
    <w:basedOn w:val="BangThngthng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nnScs">
    <w:name w:val="Colorful Shading"/>
    <w:basedOn w:val="BangThngthng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nnScs-Nhnmanh1">
    <w:name w:val="Colorful Shading Accent 1"/>
    <w:basedOn w:val="BangThngthng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nnScs-Nhnmanh2">
    <w:name w:val="Colorful Shading Accent 2"/>
    <w:basedOn w:val="BangThngthng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nnScs-Nhnmanh3">
    <w:name w:val="Colorful Shading Accent 3"/>
    <w:basedOn w:val="BangThngthng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nnScs-Nhnmanh4">
    <w:name w:val="Colorful Shading Accent 4"/>
    <w:basedOn w:val="BangThngthng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nnScs-Nhnmanh5">
    <w:name w:val="Colorful Shading Accent 5"/>
    <w:basedOn w:val="BangThngthng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nnScs-Nhnmanh6">
    <w:name w:val="Colorful Shading Accent 6"/>
    <w:basedOn w:val="BangThngthng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nhsachScs">
    <w:name w:val="Colorful List"/>
    <w:basedOn w:val="BangThngthng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DanhsachScs-Nhnmanh1">
    <w:name w:val="Colorful List Accent 1"/>
    <w:basedOn w:val="BangThngthng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DanhsachScs-Nhnmanh2">
    <w:name w:val="Colorful List Accent 2"/>
    <w:basedOn w:val="BangThngthng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DanhsachScs-Nhnmanh3">
    <w:name w:val="Colorful List Accent 3"/>
    <w:basedOn w:val="BangThngthng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DanhsachScs-Nhnmanh4">
    <w:name w:val="Colorful List Accent 4"/>
    <w:basedOn w:val="BangThngthng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DanhsachScs-Nhnmanh5">
    <w:name w:val="Colorful List Accent 5"/>
    <w:basedOn w:val="BangThngthng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DanhsachScs-Nhnmanh6">
    <w:name w:val="Colorful List Accent 6"/>
    <w:basedOn w:val="BangThngthng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cs">
    <w:name w:val="Colorful Grid"/>
    <w:basedOn w:val="BangThngthng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iScs-Nhnmanh1">
    <w:name w:val="Colorful Grid Accent 1"/>
    <w:basedOn w:val="BangThngthng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Scs-Nhnmanh2">
    <w:name w:val="Colorful Grid Accent 2"/>
    <w:basedOn w:val="BangThngthng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LiScs-Nhnmanh3">
    <w:name w:val="Colorful Grid Accent 3"/>
    <w:basedOn w:val="BangThngthng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LiScs-Nhnmanh4">
    <w:name w:val="Colorful Grid Accent 4"/>
    <w:basedOn w:val="BangThngthng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LiScs-Nhnmanh5">
    <w:name w:val="Colorful Grid Accent 5"/>
    <w:basedOn w:val="BangThngthng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LiScs-Nhnmanh6">
    <w:name w:val="Colorful Grid Accent 6"/>
    <w:basedOn w:val="BangThngthng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kns kt</cp:lastModifiedBy>
  <cp:revision>8</cp:revision>
  <dcterms:created xsi:type="dcterms:W3CDTF">2026-04-13T08:02:00Z</dcterms:created>
  <dcterms:modified xsi:type="dcterms:W3CDTF">2026-06-03T03:09:00Z</dcterms:modified>
  <cp:category/>
</cp:coreProperties>
</file>